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4702" w:rsidRDefault="00BC4702" w:rsidP="00F6660C">
      <w:pPr>
        <w:pStyle w:val="Nadpis1"/>
        <w:spacing w:before="0" w:after="125"/>
        <w:jc w:val="center"/>
        <w:rPr>
          <w:rFonts w:ascii="Arial" w:hAnsi="Arial" w:cs="Arial"/>
          <w:sz w:val="40"/>
          <w:szCs w:val="40"/>
        </w:rPr>
      </w:pPr>
    </w:p>
    <w:p w:rsidR="00F6660C" w:rsidRDefault="00000000" w:rsidP="00F6660C">
      <w:pPr>
        <w:pStyle w:val="Nadpis1"/>
        <w:spacing w:before="0" w:after="125"/>
        <w:jc w:val="center"/>
        <w:rPr>
          <w:rFonts w:ascii="Arial" w:hAnsi="Arial" w:cs="Arial"/>
        </w:rPr>
      </w:pPr>
      <w:r w:rsidRPr="006A3ACC">
        <w:rPr>
          <w:rFonts w:ascii="Arial" w:hAnsi="Arial" w:cs="Arial"/>
          <w:sz w:val="40"/>
          <w:szCs w:val="40"/>
        </w:rPr>
        <w:t>PŘIHLÁŠKA</w:t>
      </w:r>
      <w:r w:rsidR="00321DAD" w:rsidRPr="006A3ACC">
        <w:rPr>
          <w:rFonts w:ascii="Arial" w:hAnsi="Arial" w:cs="Arial"/>
          <w:sz w:val="40"/>
          <w:szCs w:val="40"/>
        </w:rPr>
        <w:t xml:space="preserve"> </w:t>
      </w:r>
      <w:r w:rsidRPr="006A3ACC">
        <w:rPr>
          <w:rFonts w:ascii="Arial" w:hAnsi="Arial" w:cs="Arial"/>
          <w:sz w:val="40"/>
          <w:szCs w:val="40"/>
        </w:rPr>
        <w:br/>
      </w:r>
      <w:r w:rsidRPr="006A3ACC">
        <w:rPr>
          <w:rFonts w:ascii="Arial" w:hAnsi="Arial" w:cs="Arial"/>
        </w:rPr>
        <w:t>TANEČNÍ SKUPINA ZUMIDANCE</w:t>
      </w:r>
    </w:p>
    <w:p w:rsidR="00BC4702" w:rsidRPr="00BC4702" w:rsidRDefault="00BC4702" w:rsidP="00BC4702"/>
    <w:p w:rsidR="00BC4702" w:rsidRDefault="00000000" w:rsidP="006A3ACC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Jméno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A3ACC">
        <w:rPr>
          <w:rFonts w:ascii="Arial" w:hAnsi="Arial" w:cs="Arial"/>
          <w:sz w:val="24"/>
          <w:szCs w:val="24"/>
        </w:rPr>
        <w:t>příjmení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dítěte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__________________________________________</w:t>
      </w:r>
      <w:r w:rsidRPr="006A3ACC">
        <w:rPr>
          <w:rFonts w:ascii="Arial" w:hAnsi="Arial" w:cs="Arial"/>
          <w:sz w:val="24"/>
          <w:szCs w:val="24"/>
        </w:rPr>
        <w:br/>
      </w:r>
      <w:r w:rsidRPr="006A3ACC">
        <w:rPr>
          <w:rFonts w:ascii="Arial" w:hAnsi="Arial" w:cs="Arial"/>
          <w:sz w:val="24"/>
          <w:szCs w:val="24"/>
        </w:rPr>
        <w:br/>
        <w:t xml:space="preserve">Datum </w:t>
      </w:r>
      <w:proofErr w:type="spellStart"/>
      <w:r w:rsidRPr="006A3ACC">
        <w:rPr>
          <w:rFonts w:ascii="Arial" w:hAnsi="Arial" w:cs="Arial"/>
          <w:sz w:val="24"/>
          <w:szCs w:val="24"/>
        </w:rPr>
        <w:t>narození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_________________________________________________</w:t>
      </w:r>
      <w:r w:rsidRPr="006A3ACC">
        <w:rPr>
          <w:rFonts w:ascii="Arial" w:hAnsi="Arial" w:cs="Arial"/>
          <w:sz w:val="24"/>
          <w:szCs w:val="24"/>
        </w:rPr>
        <w:br/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Zdravotní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stav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dítěte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____________________________________________</w:t>
      </w:r>
    </w:p>
    <w:p w:rsidR="00BC4702" w:rsidRDefault="00BC4702" w:rsidP="006A3ACC">
      <w:pPr>
        <w:spacing w:after="45"/>
        <w:rPr>
          <w:rFonts w:ascii="Arial" w:hAnsi="Arial" w:cs="Arial"/>
          <w:sz w:val="24"/>
          <w:szCs w:val="24"/>
        </w:rPr>
      </w:pPr>
    </w:p>
    <w:p w:rsidR="00BC4702" w:rsidRDefault="00BC4702" w:rsidP="006A3ACC">
      <w:pPr>
        <w:spacing w:after="45"/>
        <w:rPr>
          <w:rFonts w:ascii="Arial" w:hAnsi="Arial" w:cs="Arial"/>
          <w:sz w:val="24"/>
          <w:szCs w:val="24"/>
        </w:rPr>
      </w:pPr>
    </w:p>
    <w:p w:rsidR="00BC4702" w:rsidRDefault="00BC4702" w:rsidP="00BC4702">
      <w:pPr>
        <w:tabs>
          <w:tab w:val="center" w:pos="4901"/>
        </w:tabs>
        <w:spacing w:after="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554218" w:rsidRDefault="00000000" w:rsidP="00BC4702">
      <w:pPr>
        <w:tabs>
          <w:tab w:val="center" w:pos="4901"/>
        </w:tabs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</w:rPr>
        <w:t>Zákonný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zástupce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prohlašuje</w:t>
      </w:r>
      <w:proofErr w:type="spellEnd"/>
      <w:r w:rsidRPr="006A3ACC">
        <w:rPr>
          <w:rFonts w:ascii="Arial" w:hAnsi="Arial" w:cs="Arial"/>
        </w:rPr>
        <w:t xml:space="preserve">, </w:t>
      </w:r>
      <w:proofErr w:type="spellStart"/>
      <w:r w:rsidRPr="006A3ACC">
        <w:rPr>
          <w:rFonts w:ascii="Arial" w:hAnsi="Arial" w:cs="Arial"/>
        </w:rPr>
        <w:t>že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zdravotní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stav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dítěte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umožňuje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účast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na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pohybových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aktivitách</w:t>
      </w:r>
      <w:proofErr w:type="spellEnd"/>
      <w:r w:rsidRPr="006A3ACC">
        <w:rPr>
          <w:rFonts w:ascii="Arial" w:hAnsi="Arial" w:cs="Arial"/>
        </w:rPr>
        <w:t>.</w:t>
      </w:r>
      <w:r w:rsidR="00EB0851" w:rsidRPr="006A3ACC">
        <w:rPr>
          <w:rFonts w:ascii="Arial" w:hAnsi="Arial" w:cs="Arial"/>
        </w:rPr>
        <w:t xml:space="preserve"> </w:t>
      </w:r>
      <w:r w:rsidRPr="006A3ACC">
        <w:rPr>
          <w:rFonts w:ascii="Arial" w:hAnsi="Arial" w:cs="Arial"/>
        </w:rPr>
        <w:t xml:space="preserve">V </w:t>
      </w:r>
      <w:proofErr w:type="spellStart"/>
      <w:r w:rsidRPr="006A3ACC">
        <w:rPr>
          <w:rFonts w:ascii="Arial" w:hAnsi="Arial" w:cs="Arial"/>
        </w:rPr>
        <w:t>případě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zdravotních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omezení</w:t>
      </w:r>
      <w:proofErr w:type="spellEnd"/>
      <w:r w:rsidRPr="006A3ACC">
        <w:rPr>
          <w:rFonts w:ascii="Arial" w:hAnsi="Arial" w:cs="Arial"/>
        </w:rPr>
        <w:t xml:space="preserve"> je </w:t>
      </w:r>
      <w:proofErr w:type="spellStart"/>
      <w:r w:rsidRPr="006A3ACC">
        <w:rPr>
          <w:rFonts w:ascii="Arial" w:hAnsi="Arial" w:cs="Arial"/>
        </w:rPr>
        <w:t>povinen</w:t>
      </w:r>
      <w:proofErr w:type="spellEnd"/>
      <w:r w:rsidRPr="006A3ACC">
        <w:rPr>
          <w:rFonts w:ascii="Arial" w:hAnsi="Arial" w:cs="Arial"/>
        </w:rPr>
        <w:t xml:space="preserve"> o </w:t>
      </w:r>
      <w:proofErr w:type="spellStart"/>
      <w:r w:rsidRPr="006A3ACC">
        <w:rPr>
          <w:rFonts w:ascii="Arial" w:hAnsi="Arial" w:cs="Arial"/>
        </w:rPr>
        <w:t>nich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vedoucí</w:t>
      </w:r>
      <w:r w:rsidR="006A3ACC" w:rsidRPr="006A3ACC">
        <w:rPr>
          <w:rFonts w:ascii="Arial" w:hAnsi="Arial" w:cs="Arial"/>
        </w:rPr>
        <w:t>mu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="00EE592D">
        <w:rPr>
          <w:rFonts w:ascii="Arial" w:hAnsi="Arial" w:cs="Arial"/>
        </w:rPr>
        <w:t>oddílu</w:t>
      </w:r>
      <w:proofErr w:type="spellEnd"/>
      <w:r w:rsidR="00EE592D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písemně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informovat</w:t>
      </w:r>
      <w:proofErr w:type="spellEnd"/>
      <w:r w:rsidRPr="006A3ACC">
        <w:rPr>
          <w:rFonts w:ascii="Arial" w:hAnsi="Arial" w:cs="Arial"/>
        </w:rPr>
        <w:t>.</w:t>
      </w:r>
      <w:r w:rsidR="00EB0851"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Pokud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dítě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prodělalo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operaci</w:t>
      </w:r>
      <w:proofErr w:type="spellEnd"/>
      <w:r w:rsidRPr="006A3ACC">
        <w:rPr>
          <w:rFonts w:ascii="Arial" w:hAnsi="Arial" w:cs="Arial"/>
        </w:rPr>
        <w:t xml:space="preserve">, </w:t>
      </w:r>
      <w:proofErr w:type="spellStart"/>
      <w:r w:rsidRPr="006A3ACC">
        <w:rPr>
          <w:rFonts w:ascii="Arial" w:hAnsi="Arial" w:cs="Arial"/>
        </w:rPr>
        <w:t>vážnější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úraz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či</w:t>
      </w:r>
      <w:proofErr w:type="spellEnd"/>
      <w:r w:rsidRPr="006A3ACC">
        <w:rPr>
          <w:rFonts w:ascii="Arial" w:hAnsi="Arial" w:cs="Arial"/>
        </w:rPr>
        <w:t xml:space="preserve"> </w:t>
      </w:r>
      <w:proofErr w:type="spellStart"/>
      <w:r w:rsidRPr="006A3ACC">
        <w:rPr>
          <w:rFonts w:ascii="Arial" w:hAnsi="Arial" w:cs="Arial"/>
        </w:rPr>
        <w:t>onemocnění</w:t>
      </w:r>
      <w:proofErr w:type="spellEnd"/>
      <w:r w:rsidRPr="006A3ACC">
        <w:rPr>
          <w:rFonts w:ascii="Arial" w:hAnsi="Arial" w:cs="Arial"/>
        </w:rPr>
        <w:t>, je nutné doložit lékařské potvrzení o způsobilosti.</w:t>
      </w:r>
      <w:r w:rsidRPr="006A3ACC">
        <w:rPr>
          <w:rFonts w:ascii="Arial" w:hAnsi="Arial" w:cs="Arial"/>
        </w:rPr>
        <w:br/>
      </w:r>
    </w:p>
    <w:p w:rsidR="00507840" w:rsidRDefault="00507840" w:rsidP="006A3ACC">
      <w:pPr>
        <w:spacing w:after="45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prosím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nalepte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kopii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zdravotní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průkazky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dítěte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člena</w:t>
      </w:r>
      <w:proofErr w:type="spellEnd"/>
      <w:r>
        <w:rPr>
          <w:rFonts w:ascii="Arial" w:hAnsi="Arial" w:cs="Arial"/>
          <w:sz w:val="24"/>
          <w:szCs w:val="24"/>
        </w:rPr>
        <w:t>).</w:t>
      </w:r>
    </w:p>
    <w:p w:rsidR="00507840" w:rsidRDefault="00507840" w:rsidP="006A3ACC">
      <w:pPr>
        <w:rPr>
          <w:rFonts w:ascii="Arial" w:hAnsi="Arial" w:cs="Arial"/>
          <w:sz w:val="24"/>
          <w:szCs w:val="24"/>
        </w:rPr>
      </w:pPr>
    </w:p>
    <w:p w:rsidR="00507840" w:rsidRDefault="00507840" w:rsidP="006A3ACC">
      <w:pPr>
        <w:rPr>
          <w:rFonts w:ascii="Arial" w:hAnsi="Arial" w:cs="Arial"/>
          <w:sz w:val="24"/>
          <w:szCs w:val="24"/>
        </w:rPr>
      </w:pPr>
    </w:p>
    <w:p w:rsidR="00507840" w:rsidRDefault="00507840" w:rsidP="006A3ACC">
      <w:pPr>
        <w:rPr>
          <w:rFonts w:ascii="Arial" w:hAnsi="Arial" w:cs="Arial"/>
          <w:sz w:val="24"/>
          <w:szCs w:val="24"/>
        </w:rPr>
      </w:pPr>
    </w:p>
    <w:p w:rsidR="00507840" w:rsidRDefault="00507840" w:rsidP="006A3ACC">
      <w:pPr>
        <w:rPr>
          <w:rFonts w:ascii="Arial" w:hAnsi="Arial" w:cs="Arial"/>
          <w:sz w:val="24"/>
          <w:szCs w:val="24"/>
        </w:rPr>
      </w:pPr>
    </w:p>
    <w:p w:rsidR="00507840" w:rsidRDefault="00507840" w:rsidP="006A3ACC">
      <w:pPr>
        <w:rPr>
          <w:rFonts w:ascii="Arial" w:hAnsi="Arial" w:cs="Arial"/>
          <w:sz w:val="24"/>
          <w:szCs w:val="24"/>
        </w:rPr>
      </w:pPr>
    </w:p>
    <w:p w:rsidR="00507840" w:rsidRDefault="00507840" w:rsidP="006A3ACC">
      <w:pPr>
        <w:rPr>
          <w:rFonts w:ascii="Arial" w:hAnsi="Arial" w:cs="Arial"/>
          <w:sz w:val="24"/>
          <w:szCs w:val="24"/>
        </w:rPr>
      </w:pPr>
    </w:p>
    <w:p w:rsidR="00BC4702" w:rsidRDefault="00BC4702" w:rsidP="006A3ACC">
      <w:pPr>
        <w:spacing w:after="45"/>
        <w:rPr>
          <w:rFonts w:ascii="Arial" w:hAnsi="Arial" w:cs="Arial"/>
          <w:sz w:val="24"/>
          <w:szCs w:val="24"/>
        </w:rPr>
      </w:pPr>
    </w:p>
    <w:p w:rsidR="00BC4702" w:rsidRDefault="00BC4702" w:rsidP="006A3ACC">
      <w:pPr>
        <w:spacing w:after="45"/>
        <w:rPr>
          <w:rFonts w:ascii="Arial" w:hAnsi="Arial" w:cs="Arial"/>
          <w:sz w:val="24"/>
          <w:szCs w:val="24"/>
        </w:rPr>
      </w:pPr>
    </w:p>
    <w:p w:rsidR="00BC4702" w:rsidRDefault="00BC4702" w:rsidP="006A3ACC">
      <w:pPr>
        <w:spacing w:after="45"/>
        <w:rPr>
          <w:rFonts w:ascii="Arial" w:hAnsi="Arial" w:cs="Arial"/>
          <w:sz w:val="24"/>
          <w:szCs w:val="24"/>
        </w:rPr>
      </w:pPr>
    </w:p>
    <w:p w:rsidR="00321DAD" w:rsidRPr="006A3ACC" w:rsidRDefault="00000000" w:rsidP="006A3ACC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lastRenderedPageBreak/>
        <w:br/>
      </w:r>
      <w:proofErr w:type="spellStart"/>
      <w:r w:rsidRPr="006A3ACC">
        <w:rPr>
          <w:rFonts w:ascii="Arial" w:hAnsi="Arial" w:cs="Arial"/>
          <w:sz w:val="24"/>
          <w:szCs w:val="24"/>
        </w:rPr>
        <w:t>Zákonní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zástupci</w:t>
      </w:r>
      <w:proofErr w:type="spellEnd"/>
      <w:r w:rsidRPr="006A3ACC">
        <w:rPr>
          <w:rFonts w:ascii="Arial" w:hAnsi="Arial" w:cs="Arial"/>
          <w:sz w:val="24"/>
          <w:szCs w:val="24"/>
        </w:rPr>
        <w:t>:</w:t>
      </w:r>
      <w:r w:rsidRPr="006A3ACC">
        <w:rPr>
          <w:rFonts w:ascii="Arial" w:hAnsi="Arial" w:cs="Arial"/>
          <w:sz w:val="24"/>
          <w:szCs w:val="24"/>
        </w:rPr>
        <w:br/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Jméno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matky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: __________________________   </w:t>
      </w:r>
      <w:proofErr w:type="spellStart"/>
      <w:r w:rsidRPr="006A3ACC">
        <w:rPr>
          <w:rFonts w:ascii="Arial" w:hAnsi="Arial" w:cs="Arial"/>
          <w:sz w:val="24"/>
          <w:szCs w:val="24"/>
        </w:rPr>
        <w:t>Telefon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</w:t>
      </w:r>
    </w:p>
    <w:p w:rsidR="00321DAD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Jméno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otce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: ___________________________   </w:t>
      </w:r>
      <w:proofErr w:type="spellStart"/>
      <w:r w:rsidRPr="006A3ACC">
        <w:rPr>
          <w:rFonts w:ascii="Arial" w:hAnsi="Arial" w:cs="Arial"/>
          <w:sz w:val="24"/>
          <w:szCs w:val="24"/>
        </w:rPr>
        <w:t>Telefon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</w:t>
      </w:r>
      <w:r w:rsidRPr="006A3ACC">
        <w:rPr>
          <w:rFonts w:ascii="Arial" w:hAnsi="Arial" w:cs="Arial"/>
          <w:sz w:val="24"/>
          <w:szCs w:val="24"/>
        </w:rPr>
        <w:br/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Fakturační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adresa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________________________________________________</w:t>
      </w:r>
    </w:p>
    <w:p w:rsidR="00EB0851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Město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: __________________________ </w:t>
      </w:r>
      <w:proofErr w:type="gramStart"/>
      <w:r w:rsidRPr="006A3ACC">
        <w:rPr>
          <w:rFonts w:ascii="Arial" w:hAnsi="Arial" w:cs="Arial"/>
          <w:sz w:val="24"/>
          <w:szCs w:val="24"/>
        </w:rPr>
        <w:t>PSČ:_</w:t>
      </w:r>
      <w:proofErr w:type="gramEnd"/>
      <w:r w:rsidRPr="006A3ACC">
        <w:rPr>
          <w:rFonts w:ascii="Arial" w:hAnsi="Arial" w:cs="Arial"/>
          <w:sz w:val="24"/>
          <w:szCs w:val="24"/>
        </w:rPr>
        <w:t>___________________________</w:t>
      </w:r>
      <w:r w:rsidRPr="006A3ACC">
        <w:rPr>
          <w:rFonts w:ascii="Arial" w:hAnsi="Arial" w:cs="Arial"/>
          <w:sz w:val="24"/>
          <w:szCs w:val="24"/>
        </w:rPr>
        <w:br/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Kontaktní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e-mail: _________________________________________________</w:t>
      </w:r>
      <w:r w:rsidRPr="006A3ACC">
        <w:rPr>
          <w:rFonts w:ascii="Arial" w:hAnsi="Arial" w:cs="Arial"/>
          <w:sz w:val="24"/>
          <w:szCs w:val="24"/>
        </w:rPr>
        <w:br/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Podpis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matky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___________________________</w:t>
      </w:r>
    </w:p>
    <w:p w:rsidR="00EB0851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Podpis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otce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____________________________</w:t>
      </w:r>
    </w:p>
    <w:p w:rsidR="00BC4702" w:rsidRDefault="00BC4702">
      <w:pPr>
        <w:pStyle w:val="Nadpis2"/>
        <w:spacing w:before="181" w:after="57"/>
        <w:rPr>
          <w:rFonts w:ascii="Arial" w:hAnsi="Arial" w:cs="Arial"/>
          <w:color w:val="7D45A4"/>
          <w:sz w:val="24"/>
          <w:szCs w:val="24"/>
        </w:rPr>
      </w:pP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1. ČLENSTVÍ</w:t>
      </w:r>
    </w:p>
    <w:p w:rsidR="0087683A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  <w:t>Členství vzniká odevzdáním přihlášky a úhradou kurzovného.</w:t>
      </w:r>
      <w:r w:rsidRPr="006A3ACC">
        <w:rPr>
          <w:rFonts w:ascii="Arial" w:hAnsi="Arial" w:cs="Arial"/>
          <w:sz w:val="24"/>
          <w:szCs w:val="24"/>
        </w:rPr>
        <w:br/>
        <w:t>Očekává se pravidelná docházka, vhodné oblečení a respektování pokynů trenéra.</w:t>
      </w:r>
      <w:r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2. ROZSAH TRÉNINKŮ</w:t>
      </w:r>
    </w:p>
    <w:p w:rsidR="0087683A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  <w:t>Lekce probíhají 1–2x týdně dle rozvrhu.</w:t>
      </w:r>
      <w:r w:rsidRPr="006A3ACC">
        <w:rPr>
          <w:rFonts w:ascii="Arial" w:hAnsi="Arial" w:cs="Arial"/>
          <w:sz w:val="24"/>
          <w:szCs w:val="24"/>
        </w:rPr>
        <w:br/>
        <w:t>Kroužek neprobíhá během školních prázdnin a státních svátků.</w:t>
      </w:r>
      <w:r w:rsidRPr="006A3ACC">
        <w:rPr>
          <w:rFonts w:ascii="Arial" w:hAnsi="Arial" w:cs="Arial"/>
          <w:sz w:val="24"/>
          <w:szCs w:val="24"/>
        </w:rPr>
        <w:br/>
        <w:t>O změnách jsou rodiče informováni e-mailem.</w:t>
      </w:r>
      <w:r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3. ODPOVĚDNOST</w:t>
      </w:r>
    </w:p>
    <w:p w:rsidR="0087683A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  <w:t>Vedoucí odpovídá za dohled během tréninku.</w:t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Tanec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A3ACC">
        <w:rPr>
          <w:rFonts w:ascii="Arial" w:hAnsi="Arial" w:cs="Arial"/>
          <w:sz w:val="24"/>
          <w:szCs w:val="24"/>
        </w:rPr>
        <w:t>pohybová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aktivita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A3ACC">
        <w:rPr>
          <w:rFonts w:ascii="Arial" w:hAnsi="Arial" w:cs="Arial"/>
          <w:sz w:val="24"/>
          <w:szCs w:val="24"/>
        </w:rPr>
        <w:t>může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dojít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k </w:t>
      </w:r>
      <w:proofErr w:type="spellStart"/>
      <w:r w:rsidRPr="006A3ACC">
        <w:rPr>
          <w:rFonts w:ascii="Arial" w:hAnsi="Arial" w:cs="Arial"/>
          <w:sz w:val="24"/>
          <w:szCs w:val="24"/>
        </w:rPr>
        <w:t>běžným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sportovním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úrazům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které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trenér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oznamuje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zákonným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zástupcům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  <w:r w:rsidRPr="006A3ACC">
        <w:rPr>
          <w:rFonts w:ascii="Arial" w:hAnsi="Arial" w:cs="Arial"/>
          <w:sz w:val="24"/>
          <w:szCs w:val="24"/>
        </w:rPr>
        <w:br/>
        <w:t xml:space="preserve">Vedoucí nenese odpovědnost za </w:t>
      </w:r>
      <w:proofErr w:type="spellStart"/>
      <w:r w:rsidRPr="006A3ACC">
        <w:rPr>
          <w:rFonts w:ascii="Arial" w:hAnsi="Arial" w:cs="Arial"/>
          <w:sz w:val="24"/>
          <w:szCs w:val="24"/>
        </w:rPr>
        <w:t>úrazy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3ACC">
        <w:rPr>
          <w:rFonts w:ascii="Arial" w:hAnsi="Arial" w:cs="Arial"/>
          <w:sz w:val="24"/>
          <w:szCs w:val="24"/>
        </w:rPr>
        <w:t>pokud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nebyly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způsobeny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úmyslným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nebo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hrubě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nedbalým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jednáním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Nenese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odpovědnost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A3ACC">
        <w:rPr>
          <w:rFonts w:ascii="Arial" w:hAnsi="Arial" w:cs="Arial"/>
          <w:sz w:val="24"/>
          <w:szCs w:val="24"/>
        </w:rPr>
        <w:t>ztrátu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osobních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věcí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  <w:r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lastRenderedPageBreak/>
        <w:t>4. ORGANIZAČNÍ PRAVIDLA</w:t>
      </w:r>
    </w:p>
    <w:p w:rsidR="000F3328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  <w:t>Vedoucí stanovuje metodická, organizační a umělecká pravidla.</w:t>
      </w:r>
      <w:r w:rsidRPr="006A3ACC">
        <w:rPr>
          <w:rFonts w:ascii="Arial" w:hAnsi="Arial" w:cs="Arial"/>
          <w:sz w:val="24"/>
          <w:szCs w:val="24"/>
        </w:rPr>
        <w:br/>
        <w:t>Rozhodnutí vedoucí je konečné.</w:t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Rodičům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jiným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cizím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osobám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není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povolen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vstup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na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trénink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bez </w:t>
      </w:r>
      <w:proofErr w:type="spellStart"/>
      <w:r w:rsidR="00620097">
        <w:rPr>
          <w:rFonts w:ascii="Arial" w:hAnsi="Arial" w:cs="Arial"/>
          <w:sz w:val="24"/>
          <w:szCs w:val="24"/>
        </w:rPr>
        <w:t>předchozí</w:t>
      </w:r>
      <w:proofErr w:type="spellEnd"/>
      <w:r w:rsidR="006200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domluvy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</w:p>
    <w:p w:rsidR="0087683A" w:rsidRPr="00BC4702" w:rsidRDefault="000F3328" w:rsidP="00BC4702">
      <w:pPr>
        <w:spacing w:after="45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A3ACC">
        <w:rPr>
          <w:rFonts w:ascii="Arial" w:eastAsia="Times New Roman" w:hAnsi="Arial" w:cs="Arial"/>
          <w:sz w:val="24"/>
          <w:szCs w:val="24"/>
        </w:rPr>
        <w:t>Trenér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má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nárok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3 absence (3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lekce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) za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pololetí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bez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povinnosti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náhrady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Další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absence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budou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vždy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nahrazeny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dopředu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vyhlášeny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či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jinak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eastAsia="Times New Roman" w:hAnsi="Arial" w:cs="Arial"/>
          <w:sz w:val="24"/>
          <w:szCs w:val="24"/>
        </w:rPr>
        <w:t>kompenzovány</w:t>
      </w:r>
      <w:proofErr w:type="spellEnd"/>
      <w:r w:rsidRPr="006A3ACC">
        <w:rPr>
          <w:rFonts w:ascii="Arial" w:eastAsia="Times New Roman" w:hAnsi="Arial" w:cs="Arial"/>
          <w:sz w:val="24"/>
          <w:szCs w:val="24"/>
        </w:rPr>
        <w:t>.</w:t>
      </w:r>
      <w:r w:rsidR="00000000"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5. KOMUNIKACE</w:t>
      </w:r>
    </w:p>
    <w:p w:rsidR="0087683A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Oficiální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kanál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: </w:t>
      </w:r>
      <w:r w:rsidR="00620097" w:rsidRPr="00FA187F">
        <w:rPr>
          <w:rFonts w:ascii="Arial" w:hAnsi="Arial" w:cs="Arial"/>
          <w:b/>
          <w:bCs/>
        </w:rPr>
        <w:t xml:space="preserve">zumidance@seznam.cz </w:t>
      </w:r>
      <w:proofErr w:type="spellStart"/>
      <w:r w:rsidR="00620097" w:rsidRPr="00FA187F">
        <w:rPr>
          <w:rFonts w:ascii="Arial" w:hAnsi="Arial" w:cs="Arial"/>
          <w:b/>
          <w:bCs/>
        </w:rPr>
        <w:t>nebo</w:t>
      </w:r>
      <w:proofErr w:type="spellEnd"/>
      <w:r w:rsidR="00620097" w:rsidRPr="00FA187F">
        <w:rPr>
          <w:rFonts w:ascii="Arial" w:hAnsi="Arial" w:cs="Arial"/>
          <w:b/>
          <w:bCs/>
        </w:rPr>
        <w:t xml:space="preserve"> tel. č. </w:t>
      </w:r>
      <w:proofErr w:type="spellStart"/>
      <w:r w:rsidR="00FA187F" w:rsidRPr="00FA187F">
        <w:rPr>
          <w:rFonts w:ascii="Arial" w:hAnsi="Arial" w:cs="Arial"/>
          <w:b/>
          <w:bCs/>
        </w:rPr>
        <w:t>na</w:t>
      </w:r>
      <w:proofErr w:type="spellEnd"/>
      <w:r w:rsidR="00FA187F" w:rsidRPr="00FA187F">
        <w:rPr>
          <w:rFonts w:ascii="Arial" w:hAnsi="Arial" w:cs="Arial"/>
          <w:b/>
          <w:bCs/>
        </w:rPr>
        <w:t xml:space="preserve"> </w:t>
      </w:r>
      <w:proofErr w:type="spellStart"/>
      <w:r w:rsidR="00FA187F" w:rsidRPr="00FA187F">
        <w:rPr>
          <w:rFonts w:ascii="Arial" w:hAnsi="Arial" w:cs="Arial"/>
          <w:b/>
          <w:bCs/>
        </w:rPr>
        <w:t>vedoucí</w:t>
      </w:r>
      <w:proofErr w:type="spellEnd"/>
      <w:r w:rsidR="00FA187F" w:rsidRPr="00FA187F">
        <w:rPr>
          <w:rFonts w:ascii="Arial" w:hAnsi="Arial" w:cs="Arial"/>
          <w:b/>
          <w:bCs/>
        </w:rPr>
        <w:t xml:space="preserve"> </w:t>
      </w:r>
      <w:proofErr w:type="spellStart"/>
      <w:r w:rsidR="00FA187F" w:rsidRPr="00FA187F">
        <w:rPr>
          <w:rFonts w:ascii="Arial" w:hAnsi="Arial" w:cs="Arial"/>
          <w:b/>
          <w:bCs/>
        </w:rPr>
        <w:t>oddílu</w:t>
      </w:r>
      <w:proofErr w:type="spellEnd"/>
      <w:r w:rsidR="00FA187F" w:rsidRPr="00FA187F">
        <w:rPr>
          <w:rFonts w:ascii="Arial" w:hAnsi="Arial" w:cs="Arial"/>
          <w:b/>
          <w:bCs/>
        </w:rPr>
        <w:t xml:space="preserve">: </w:t>
      </w:r>
      <w:r w:rsidR="00620097" w:rsidRPr="00FA187F">
        <w:rPr>
          <w:rFonts w:ascii="Arial" w:hAnsi="Arial" w:cs="Arial"/>
          <w:b/>
          <w:bCs/>
        </w:rPr>
        <w:t>773 473 001</w:t>
      </w:r>
      <w:r w:rsidRPr="00FA187F">
        <w:rPr>
          <w:rFonts w:ascii="Arial" w:hAnsi="Arial" w:cs="Arial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Odpověď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zpravidla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do 3 </w:t>
      </w:r>
      <w:proofErr w:type="spellStart"/>
      <w:r w:rsidRPr="006A3ACC">
        <w:rPr>
          <w:rFonts w:ascii="Arial" w:hAnsi="Arial" w:cs="Arial"/>
          <w:sz w:val="24"/>
          <w:szCs w:val="24"/>
        </w:rPr>
        <w:t>pracovních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dnů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Komunikace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musí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být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věcná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a respektující.</w:t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Opakované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nevhodné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jednání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či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pomluvy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m</w:t>
      </w:r>
      <w:r w:rsidR="009E0B58">
        <w:rPr>
          <w:rFonts w:ascii="Arial" w:hAnsi="Arial" w:cs="Arial"/>
          <w:sz w:val="24"/>
          <w:szCs w:val="24"/>
        </w:rPr>
        <w:t>ohou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vést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k ukončení členství.</w:t>
      </w:r>
      <w:r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6. KURZOVNÉ</w:t>
      </w:r>
    </w:p>
    <w:p w:rsidR="00FA187F" w:rsidRPr="00FA187F" w:rsidRDefault="00000000" w:rsidP="00FA187F">
      <w:pPr>
        <w:pStyle w:val="Bezmezer"/>
        <w:spacing w:after="45" w:line="276" w:lineRule="auto"/>
        <w:rPr>
          <w:rFonts w:ascii="Arial" w:hAnsi="Arial" w:cs="Arial"/>
          <w:sz w:val="24"/>
          <w:szCs w:val="24"/>
        </w:rPr>
      </w:pPr>
      <w:r w:rsidRPr="006A3ACC">
        <w:br/>
      </w:r>
      <w:r w:rsidRPr="00FA187F">
        <w:rPr>
          <w:rFonts w:ascii="Arial" w:hAnsi="Arial" w:cs="Arial"/>
          <w:sz w:val="24"/>
          <w:szCs w:val="24"/>
        </w:rPr>
        <w:t xml:space="preserve">Splatnost: 15. října a 15. </w:t>
      </w:r>
      <w:proofErr w:type="spellStart"/>
      <w:r w:rsidR="00FA187F" w:rsidRPr="00FA187F">
        <w:rPr>
          <w:rFonts w:ascii="Arial" w:hAnsi="Arial" w:cs="Arial"/>
          <w:sz w:val="24"/>
          <w:szCs w:val="24"/>
        </w:rPr>
        <w:t>února</w:t>
      </w:r>
      <w:proofErr w:type="spellEnd"/>
      <w:r w:rsidR="00FA187F">
        <w:rPr>
          <w:rFonts w:ascii="Arial" w:hAnsi="Arial" w:cs="Arial"/>
          <w:sz w:val="24"/>
          <w:szCs w:val="24"/>
        </w:rPr>
        <w:t>.</w:t>
      </w:r>
    </w:p>
    <w:p w:rsidR="0087683A" w:rsidRPr="00FA187F" w:rsidRDefault="00FA187F" w:rsidP="00FA187F">
      <w:pPr>
        <w:pStyle w:val="Bezmezer"/>
        <w:spacing w:after="45" w:line="276" w:lineRule="auto"/>
        <w:rPr>
          <w:rFonts w:ascii="Arial" w:hAnsi="Arial" w:cs="Arial"/>
          <w:sz w:val="24"/>
          <w:szCs w:val="24"/>
        </w:rPr>
      </w:pPr>
      <w:proofErr w:type="spellStart"/>
      <w:r w:rsidRPr="00FA187F">
        <w:rPr>
          <w:rFonts w:ascii="Arial" w:hAnsi="Arial" w:cs="Arial"/>
          <w:sz w:val="24"/>
          <w:szCs w:val="24"/>
        </w:rPr>
        <w:t>Možnost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87F">
        <w:rPr>
          <w:rFonts w:ascii="Arial" w:hAnsi="Arial" w:cs="Arial"/>
          <w:sz w:val="24"/>
          <w:szCs w:val="24"/>
        </w:rPr>
        <w:t>platby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v </w:t>
      </w:r>
      <w:proofErr w:type="spellStart"/>
      <w:r w:rsidRPr="00FA187F">
        <w:rPr>
          <w:rFonts w:ascii="Arial" w:hAnsi="Arial" w:cs="Arial"/>
          <w:sz w:val="24"/>
          <w:szCs w:val="24"/>
        </w:rPr>
        <w:t>hotovosti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87F">
        <w:rPr>
          <w:rFonts w:ascii="Arial" w:hAnsi="Arial" w:cs="Arial"/>
          <w:sz w:val="24"/>
          <w:szCs w:val="24"/>
        </w:rPr>
        <w:t>trenérce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87F">
        <w:rPr>
          <w:rFonts w:ascii="Arial" w:hAnsi="Arial" w:cs="Arial"/>
          <w:sz w:val="24"/>
          <w:szCs w:val="24"/>
        </w:rPr>
        <w:t>nebo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87F">
        <w:rPr>
          <w:rFonts w:ascii="Arial" w:hAnsi="Arial" w:cs="Arial"/>
          <w:sz w:val="24"/>
          <w:szCs w:val="24"/>
        </w:rPr>
        <w:t>na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</w:t>
      </w:r>
      <w:r w:rsidRPr="00FA187F">
        <w:rPr>
          <w:rFonts w:ascii="Arial" w:hAnsi="Arial" w:cs="Arial"/>
          <w:b/>
          <w:bCs/>
          <w:sz w:val="24"/>
          <w:szCs w:val="24"/>
        </w:rPr>
        <w:t xml:space="preserve">č. </w:t>
      </w:r>
      <w:proofErr w:type="spellStart"/>
      <w:r w:rsidRPr="00FA187F">
        <w:rPr>
          <w:rFonts w:ascii="Arial" w:hAnsi="Arial" w:cs="Arial"/>
          <w:b/>
          <w:bCs/>
          <w:sz w:val="24"/>
          <w:szCs w:val="24"/>
        </w:rPr>
        <w:t>účtu</w:t>
      </w:r>
      <w:proofErr w:type="spellEnd"/>
      <w:r w:rsidRPr="00FA187F">
        <w:rPr>
          <w:rFonts w:ascii="Arial" w:hAnsi="Arial" w:cs="Arial"/>
          <w:b/>
          <w:bCs/>
          <w:sz w:val="24"/>
          <w:szCs w:val="24"/>
        </w:rPr>
        <w:t>: 2900617451/2010</w:t>
      </w:r>
      <w:r>
        <w:rPr>
          <w:rFonts w:ascii="Arial" w:hAnsi="Arial" w:cs="Arial"/>
          <w:sz w:val="24"/>
          <w:szCs w:val="24"/>
        </w:rPr>
        <w:t xml:space="preserve">, do </w:t>
      </w:r>
      <w:proofErr w:type="spellStart"/>
      <w:r>
        <w:rPr>
          <w:rFonts w:ascii="Arial" w:hAnsi="Arial" w:cs="Arial"/>
          <w:sz w:val="24"/>
          <w:szCs w:val="24"/>
        </w:rPr>
        <w:t>poznámky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prosím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uveďte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celé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jméno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dítěte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FA187F">
        <w:rPr>
          <w:rFonts w:ascii="Arial" w:hAnsi="Arial" w:cs="Arial"/>
          <w:sz w:val="24"/>
          <w:szCs w:val="24"/>
        </w:rPr>
        <w:br/>
      </w:r>
      <w:proofErr w:type="spellStart"/>
      <w:r w:rsidRPr="00FA187F">
        <w:rPr>
          <w:rFonts w:ascii="Arial" w:hAnsi="Arial" w:cs="Arial"/>
          <w:sz w:val="24"/>
          <w:szCs w:val="24"/>
        </w:rPr>
        <w:t>Při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87F">
        <w:rPr>
          <w:rFonts w:ascii="Arial" w:hAnsi="Arial" w:cs="Arial"/>
          <w:sz w:val="24"/>
          <w:szCs w:val="24"/>
        </w:rPr>
        <w:t>prodlení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87F">
        <w:rPr>
          <w:rFonts w:ascii="Arial" w:hAnsi="Arial" w:cs="Arial"/>
          <w:sz w:val="24"/>
          <w:szCs w:val="24"/>
        </w:rPr>
        <w:t>administrativní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87F">
        <w:rPr>
          <w:rFonts w:ascii="Arial" w:hAnsi="Arial" w:cs="Arial"/>
          <w:sz w:val="24"/>
          <w:szCs w:val="24"/>
        </w:rPr>
        <w:t>poplatek</w:t>
      </w:r>
      <w:proofErr w:type="spellEnd"/>
      <w:r w:rsidRPr="00FA187F">
        <w:rPr>
          <w:rFonts w:ascii="Arial" w:hAnsi="Arial" w:cs="Arial"/>
          <w:sz w:val="24"/>
          <w:szCs w:val="24"/>
        </w:rPr>
        <w:t xml:space="preserve"> 200 Kč.</w:t>
      </w:r>
      <w:r w:rsidRPr="00FA187F">
        <w:rPr>
          <w:rFonts w:ascii="Arial" w:hAnsi="Arial" w:cs="Arial"/>
          <w:sz w:val="24"/>
          <w:szCs w:val="24"/>
        </w:rPr>
        <w:br/>
        <w:t>Po 7 dnech prodlení může být člen dočasně vyloučen z tréninků.</w:t>
      </w:r>
      <w:r w:rsidRPr="00FA187F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7. ABSENCE</w:t>
      </w:r>
    </w:p>
    <w:p w:rsidR="0087683A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Absenci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A3ACC">
        <w:rPr>
          <w:rFonts w:ascii="Arial" w:hAnsi="Arial" w:cs="Arial"/>
          <w:sz w:val="24"/>
          <w:szCs w:val="24"/>
        </w:rPr>
        <w:t>nutné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omluvit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předem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minimálně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2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hodiny</w:t>
      </w:r>
      <w:proofErr w:type="spellEnd"/>
      <w:r w:rsidR="00EE592D">
        <w:rPr>
          <w:rFonts w:ascii="Arial" w:hAnsi="Arial" w:cs="Arial"/>
          <w:sz w:val="24"/>
          <w:szCs w:val="24"/>
        </w:rPr>
        <w:t>,</w:t>
      </w:r>
      <w:r w:rsidR="000F3328"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pokud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 xml:space="preserve"> je to </w:t>
      </w:r>
      <w:proofErr w:type="spellStart"/>
      <w:r w:rsidR="000F3328" w:rsidRPr="006A3ACC">
        <w:rPr>
          <w:rFonts w:ascii="Arial" w:hAnsi="Arial" w:cs="Arial"/>
          <w:sz w:val="24"/>
          <w:szCs w:val="24"/>
        </w:rPr>
        <w:t>možné</w:t>
      </w:r>
      <w:proofErr w:type="spellEnd"/>
      <w:r w:rsidR="000F3328" w:rsidRPr="006A3ACC">
        <w:rPr>
          <w:rFonts w:ascii="Arial" w:hAnsi="Arial" w:cs="Arial"/>
          <w:sz w:val="24"/>
          <w:szCs w:val="24"/>
        </w:rPr>
        <w:t>.</w:t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Více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než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6A3ACC">
        <w:rPr>
          <w:rFonts w:ascii="Arial" w:hAnsi="Arial" w:cs="Arial"/>
          <w:sz w:val="24"/>
          <w:szCs w:val="24"/>
        </w:rPr>
        <w:t>neomluvené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lekce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mohou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vést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k </w:t>
      </w:r>
      <w:proofErr w:type="spellStart"/>
      <w:r w:rsidRPr="006A3ACC">
        <w:rPr>
          <w:rFonts w:ascii="Arial" w:hAnsi="Arial" w:cs="Arial"/>
          <w:sz w:val="24"/>
          <w:szCs w:val="24"/>
        </w:rPr>
        <w:t>vyloučení</w:t>
      </w:r>
      <w:proofErr w:type="spellEnd"/>
      <w:r w:rsidR="00FA187F">
        <w:rPr>
          <w:rFonts w:ascii="Arial" w:hAnsi="Arial" w:cs="Arial"/>
          <w:sz w:val="24"/>
          <w:szCs w:val="24"/>
        </w:rPr>
        <w:t xml:space="preserve"> – to se </w:t>
      </w:r>
      <w:proofErr w:type="spellStart"/>
      <w:r w:rsidR="00FA187F">
        <w:rPr>
          <w:rFonts w:ascii="Arial" w:hAnsi="Arial" w:cs="Arial"/>
          <w:sz w:val="24"/>
          <w:szCs w:val="24"/>
        </w:rPr>
        <w:t>týká</w:t>
      </w:r>
      <w:proofErr w:type="spellEnd"/>
      <w:r w:rsid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7F">
        <w:rPr>
          <w:rFonts w:ascii="Arial" w:hAnsi="Arial" w:cs="Arial"/>
          <w:sz w:val="24"/>
          <w:szCs w:val="24"/>
        </w:rPr>
        <w:t>především</w:t>
      </w:r>
      <w:proofErr w:type="spellEnd"/>
      <w:r w:rsid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7F">
        <w:rPr>
          <w:rFonts w:ascii="Arial" w:hAnsi="Arial" w:cs="Arial"/>
          <w:sz w:val="24"/>
          <w:szCs w:val="24"/>
        </w:rPr>
        <w:t>soutěžním</w:t>
      </w:r>
      <w:proofErr w:type="spellEnd"/>
      <w:r w:rsidR="00FA18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A187F">
        <w:rPr>
          <w:rFonts w:ascii="Arial" w:hAnsi="Arial" w:cs="Arial"/>
          <w:sz w:val="24"/>
          <w:szCs w:val="24"/>
        </w:rPr>
        <w:t>týmů</w:t>
      </w:r>
      <w:proofErr w:type="spellEnd"/>
      <w:r w:rsidR="00FA187F">
        <w:rPr>
          <w:rFonts w:ascii="Arial" w:hAnsi="Arial" w:cs="Arial"/>
          <w:sz w:val="24"/>
          <w:szCs w:val="24"/>
        </w:rPr>
        <w:t>.</w:t>
      </w:r>
      <w:r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8. SOUTĚŽNÍ TÝMY</w:t>
      </w:r>
    </w:p>
    <w:p w:rsidR="0087683A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Účast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E0B58">
        <w:rPr>
          <w:rFonts w:ascii="Arial" w:hAnsi="Arial" w:cs="Arial"/>
          <w:sz w:val="24"/>
          <w:szCs w:val="24"/>
        </w:rPr>
        <w:t>na</w:t>
      </w:r>
      <w:proofErr w:type="spellEnd"/>
      <w:r w:rsidR="009E0B5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E0B58">
        <w:rPr>
          <w:rFonts w:ascii="Arial" w:hAnsi="Arial" w:cs="Arial"/>
          <w:sz w:val="24"/>
          <w:szCs w:val="24"/>
        </w:rPr>
        <w:t>soutěžích</w:t>
      </w:r>
      <w:proofErr w:type="spellEnd"/>
      <w:r w:rsidR="009E0B58">
        <w:rPr>
          <w:rFonts w:ascii="Arial" w:hAnsi="Arial" w:cs="Arial"/>
          <w:sz w:val="24"/>
          <w:szCs w:val="24"/>
        </w:rPr>
        <w:t xml:space="preserve"> </w:t>
      </w:r>
      <w:r w:rsidRPr="006A3ACC">
        <w:rPr>
          <w:rFonts w:ascii="Arial" w:hAnsi="Arial" w:cs="Arial"/>
          <w:sz w:val="24"/>
          <w:szCs w:val="24"/>
        </w:rPr>
        <w:t xml:space="preserve">je </w:t>
      </w:r>
      <w:proofErr w:type="spellStart"/>
      <w:r w:rsidRPr="006A3ACC">
        <w:rPr>
          <w:rFonts w:ascii="Arial" w:hAnsi="Arial" w:cs="Arial"/>
          <w:sz w:val="24"/>
          <w:szCs w:val="24"/>
        </w:rPr>
        <w:t>týmová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EE592D">
        <w:rPr>
          <w:rFonts w:ascii="Arial" w:hAnsi="Arial" w:cs="Arial"/>
          <w:sz w:val="24"/>
          <w:szCs w:val="24"/>
        </w:rPr>
        <w:t>povinná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92D">
        <w:rPr>
          <w:rFonts w:ascii="Arial" w:hAnsi="Arial" w:cs="Arial"/>
          <w:sz w:val="24"/>
          <w:szCs w:val="24"/>
        </w:rPr>
        <w:t>Tolerují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EE592D">
        <w:rPr>
          <w:rFonts w:ascii="Arial" w:hAnsi="Arial" w:cs="Arial"/>
          <w:sz w:val="24"/>
          <w:szCs w:val="24"/>
        </w:rPr>
        <w:t>pouze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92D">
        <w:rPr>
          <w:rFonts w:ascii="Arial" w:hAnsi="Arial" w:cs="Arial"/>
          <w:sz w:val="24"/>
          <w:szCs w:val="24"/>
        </w:rPr>
        <w:t>dlouho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92D">
        <w:rPr>
          <w:rFonts w:ascii="Arial" w:hAnsi="Arial" w:cs="Arial"/>
          <w:sz w:val="24"/>
          <w:szCs w:val="24"/>
        </w:rPr>
        <w:t>dopředu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92D">
        <w:rPr>
          <w:rFonts w:ascii="Arial" w:hAnsi="Arial" w:cs="Arial"/>
          <w:sz w:val="24"/>
          <w:szCs w:val="24"/>
        </w:rPr>
        <w:t>omluvené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92D">
        <w:rPr>
          <w:rFonts w:ascii="Arial" w:hAnsi="Arial" w:cs="Arial"/>
          <w:sz w:val="24"/>
          <w:szCs w:val="24"/>
        </w:rPr>
        <w:t>termíny</w:t>
      </w:r>
      <w:proofErr w:type="spellEnd"/>
      <w:r w:rsidR="00EE592D">
        <w:rPr>
          <w:rFonts w:ascii="Arial" w:hAnsi="Arial" w:cs="Arial"/>
          <w:sz w:val="24"/>
          <w:szCs w:val="24"/>
        </w:rPr>
        <w:t>.</w:t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Rozhodnutí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A3ACC">
        <w:rPr>
          <w:rFonts w:ascii="Arial" w:hAnsi="Arial" w:cs="Arial"/>
          <w:sz w:val="24"/>
          <w:szCs w:val="24"/>
        </w:rPr>
        <w:t>sestavě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je v kompetenci vedoucí.</w:t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Opakovaná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0097">
        <w:rPr>
          <w:rFonts w:ascii="Arial" w:hAnsi="Arial" w:cs="Arial"/>
          <w:sz w:val="24"/>
          <w:szCs w:val="24"/>
        </w:rPr>
        <w:t>neomluvená</w:t>
      </w:r>
      <w:proofErr w:type="spellEnd"/>
      <w:r w:rsidR="006200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neúčast</w:t>
      </w:r>
      <w:proofErr w:type="spellEnd"/>
      <w:r w:rsidR="009E0B5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může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vést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k </w:t>
      </w:r>
      <w:proofErr w:type="spellStart"/>
      <w:r w:rsidRPr="006A3ACC">
        <w:rPr>
          <w:rFonts w:ascii="Arial" w:hAnsi="Arial" w:cs="Arial"/>
          <w:sz w:val="24"/>
          <w:szCs w:val="24"/>
        </w:rPr>
        <w:t>vyřazení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r w:rsidR="00EE592D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EE592D">
        <w:rPr>
          <w:rFonts w:ascii="Arial" w:hAnsi="Arial" w:cs="Arial"/>
          <w:sz w:val="24"/>
          <w:szCs w:val="24"/>
        </w:rPr>
        <w:t>oddílu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</w:t>
      </w:r>
      <w:r w:rsidRPr="006A3ACC">
        <w:rPr>
          <w:rFonts w:ascii="Arial" w:hAnsi="Arial" w:cs="Arial"/>
          <w:sz w:val="24"/>
          <w:szCs w:val="24"/>
        </w:rPr>
        <w:t xml:space="preserve">bez </w:t>
      </w:r>
      <w:proofErr w:type="spellStart"/>
      <w:r w:rsidRPr="006A3ACC">
        <w:rPr>
          <w:rFonts w:ascii="Arial" w:hAnsi="Arial" w:cs="Arial"/>
          <w:sz w:val="24"/>
          <w:szCs w:val="24"/>
        </w:rPr>
        <w:t>nároku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na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vrácení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poplatků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  <w:r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lastRenderedPageBreak/>
        <w:t>9. KOSTÝMY</w:t>
      </w:r>
    </w:p>
    <w:p w:rsidR="000F3328" w:rsidRPr="00620097" w:rsidRDefault="00000000" w:rsidP="00620097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Kostým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je</w:t>
      </w:r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92D">
        <w:rPr>
          <w:rFonts w:ascii="Arial" w:hAnsi="Arial" w:cs="Arial"/>
          <w:sz w:val="24"/>
          <w:szCs w:val="24"/>
        </w:rPr>
        <w:t>soutěžní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92D">
        <w:rPr>
          <w:rFonts w:ascii="Arial" w:hAnsi="Arial" w:cs="Arial"/>
          <w:sz w:val="24"/>
          <w:szCs w:val="24"/>
        </w:rPr>
        <w:t>oděv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E592D">
        <w:rPr>
          <w:rFonts w:ascii="Arial" w:hAnsi="Arial" w:cs="Arial"/>
          <w:sz w:val="24"/>
          <w:szCs w:val="24"/>
        </w:rPr>
        <w:t>který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je</w:t>
      </w:r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součástí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uměleckého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konceptu</w:t>
      </w:r>
      <w:proofErr w:type="spellEnd"/>
      <w:r w:rsidR="0052144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21445">
        <w:rPr>
          <w:rFonts w:ascii="Arial" w:hAnsi="Arial" w:cs="Arial"/>
          <w:sz w:val="24"/>
          <w:szCs w:val="24"/>
        </w:rPr>
        <w:t>a</w:t>
      </w:r>
      <w:proofErr w:type="gramEnd"/>
      <w:r w:rsidR="0052144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445">
        <w:rPr>
          <w:rFonts w:ascii="Arial" w:hAnsi="Arial" w:cs="Arial"/>
          <w:sz w:val="24"/>
          <w:szCs w:val="24"/>
        </w:rPr>
        <w:t>organizační</w:t>
      </w:r>
      <w:proofErr w:type="spellEnd"/>
      <w:r w:rsidR="0052144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445">
        <w:rPr>
          <w:rFonts w:ascii="Arial" w:hAnsi="Arial" w:cs="Arial"/>
          <w:sz w:val="24"/>
          <w:szCs w:val="24"/>
        </w:rPr>
        <w:t>služby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92D">
        <w:rPr>
          <w:rFonts w:ascii="Arial" w:hAnsi="Arial" w:cs="Arial"/>
          <w:sz w:val="24"/>
          <w:szCs w:val="24"/>
        </w:rPr>
        <w:t>Zumidance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  <w:r w:rsidRPr="006A3ACC">
        <w:rPr>
          <w:rFonts w:ascii="Arial" w:hAnsi="Arial" w:cs="Arial"/>
          <w:sz w:val="24"/>
          <w:szCs w:val="24"/>
        </w:rPr>
        <w:br/>
        <w:t>Pokud je majetkem skupiny, musí být vrácen nepoškozený.</w:t>
      </w:r>
      <w:r w:rsidRPr="006A3ACC">
        <w:rPr>
          <w:rFonts w:ascii="Arial" w:hAnsi="Arial" w:cs="Arial"/>
          <w:sz w:val="24"/>
          <w:szCs w:val="24"/>
        </w:rPr>
        <w:br/>
        <w:t>Při poškození či nevrácení hradí zákonný zástupce plnou cenu.</w:t>
      </w:r>
      <w:r w:rsidRPr="006A3ACC">
        <w:rPr>
          <w:rFonts w:ascii="Arial" w:hAnsi="Arial" w:cs="Arial"/>
          <w:sz w:val="24"/>
          <w:szCs w:val="24"/>
        </w:rPr>
        <w:br/>
        <w:t>Náklady na kostým se při ukončení členství nevrací.</w:t>
      </w:r>
      <w:r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10. UKONČENÍ ČLENSTVÍ</w:t>
      </w:r>
    </w:p>
    <w:p w:rsidR="00333A18" w:rsidRPr="00333A18" w:rsidRDefault="00000000" w:rsidP="00333A18">
      <w:pPr>
        <w:pStyle w:val="Bezmezer"/>
        <w:spacing w:after="45" w:line="276" w:lineRule="auto"/>
        <w:rPr>
          <w:rFonts w:ascii="Arial" w:hAnsi="Arial" w:cs="Arial"/>
          <w:sz w:val="24"/>
          <w:szCs w:val="24"/>
        </w:rPr>
      </w:pPr>
      <w:r w:rsidRPr="006A3ACC">
        <w:br/>
      </w:r>
      <w:proofErr w:type="spellStart"/>
      <w:r w:rsidRPr="00333A18">
        <w:rPr>
          <w:rFonts w:ascii="Arial" w:hAnsi="Arial" w:cs="Arial"/>
          <w:sz w:val="24"/>
          <w:szCs w:val="24"/>
        </w:rPr>
        <w:t>Možné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při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porušení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podmínek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3A18">
        <w:rPr>
          <w:rFonts w:ascii="Arial" w:hAnsi="Arial" w:cs="Arial"/>
          <w:sz w:val="24"/>
          <w:szCs w:val="24"/>
        </w:rPr>
        <w:t>neplacení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3A18">
        <w:rPr>
          <w:rFonts w:ascii="Arial" w:hAnsi="Arial" w:cs="Arial"/>
          <w:sz w:val="24"/>
          <w:szCs w:val="24"/>
        </w:rPr>
        <w:t>dlouhodobé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absenci</w:t>
      </w:r>
      <w:proofErr w:type="spellEnd"/>
      <w:r w:rsidRPr="00333A18">
        <w:rPr>
          <w:rFonts w:ascii="Arial" w:hAnsi="Arial" w:cs="Arial"/>
          <w:sz w:val="24"/>
          <w:szCs w:val="24"/>
        </w:rPr>
        <w:br/>
      </w:r>
      <w:proofErr w:type="spellStart"/>
      <w:r w:rsidRPr="00333A18">
        <w:rPr>
          <w:rFonts w:ascii="Arial" w:hAnsi="Arial" w:cs="Arial"/>
          <w:sz w:val="24"/>
          <w:szCs w:val="24"/>
        </w:rPr>
        <w:t>nebo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nevhodném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jednání</w:t>
      </w:r>
      <w:proofErr w:type="spellEnd"/>
      <w:r w:rsidR="000F3328"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333A18">
        <w:rPr>
          <w:rFonts w:ascii="Arial" w:hAnsi="Arial" w:cs="Arial"/>
          <w:sz w:val="24"/>
          <w:szCs w:val="24"/>
        </w:rPr>
        <w:t>dítěte</w:t>
      </w:r>
      <w:proofErr w:type="spellEnd"/>
      <w:r w:rsidR="000F3328"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3328" w:rsidRPr="00333A18">
        <w:rPr>
          <w:rFonts w:ascii="Arial" w:hAnsi="Arial" w:cs="Arial"/>
          <w:sz w:val="24"/>
          <w:szCs w:val="24"/>
        </w:rPr>
        <w:t>či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zákonného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zástupce</w:t>
      </w:r>
      <w:proofErr w:type="spellEnd"/>
      <w:r w:rsidRPr="00333A18">
        <w:rPr>
          <w:rFonts w:ascii="Arial" w:hAnsi="Arial" w:cs="Arial"/>
          <w:sz w:val="24"/>
          <w:szCs w:val="24"/>
        </w:rPr>
        <w:t>.</w:t>
      </w:r>
      <w:r w:rsidR="00521445" w:rsidRPr="00333A18">
        <w:rPr>
          <w:rFonts w:ascii="Arial" w:hAnsi="Arial" w:cs="Arial"/>
          <w:sz w:val="24"/>
          <w:szCs w:val="24"/>
        </w:rPr>
        <w:t xml:space="preserve"> </w:t>
      </w:r>
    </w:p>
    <w:p w:rsidR="009E0B58" w:rsidRPr="00333A18" w:rsidRDefault="00521445" w:rsidP="00333A18">
      <w:pPr>
        <w:pStyle w:val="Bezmezer"/>
        <w:spacing w:after="45" w:line="276" w:lineRule="auto"/>
        <w:rPr>
          <w:rFonts w:ascii="Arial" w:hAnsi="Arial" w:cs="Arial"/>
          <w:sz w:val="24"/>
          <w:szCs w:val="24"/>
        </w:rPr>
      </w:pPr>
      <w:proofErr w:type="spellStart"/>
      <w:r w:rsidRPr="00333A18">
        <w:rPr>
          <w:rFonts w:ascii="Arial" w:hAnsi="Arial" w:cs="Arial"/>
          <w:sz w:val="24"/>
          <w:szCs w:val="24"/>
        </w:rPr>
        <w:t>Při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narušení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důvěry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či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veřejné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pomluvy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3A18">
        <w:rPr>
          <w:rFonts w:ascii="Arial" w:hAnsi="Arial" w:cs="Arial"/>
          <w:sz w:val="24"/>
          <w:szCs w:val="24"/>
        </w:rPr>
        <w:t>aj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33A18">
        <w:rPr>
          <w:rFonts w:ascii="Arial" w:hAnsi="Arial" w:cs="Arial"/>
          <w:sz w:val="24"/>
          <w:szCs w:val="24"/>
        </w:rPr>
        <w:t>situace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33A18">
        <w:rPr>
          <w:rFonts w:ascii="Arial" w:hAnsi="Arial" w:cs="Arial"/>
          <w:sz w:val="24"/>
          <w:szCs w:val="24"/>
        </w:rPr>
        <w:t>které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3A18">
        <w:rPr>
          <w:rFonts w:ascii="Arial" w:hAnsi="Arial" w:cs="Arial"/>
          <w:sz w:val="24"/>
          <w:szCs w:val="24"/>
        </w:rPr>
        <w:t>vedoucí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3A18">
        <w:rPr>
          <w:rFonts w:ascii="Arial" w:hAnsi="Arial" w:cs="Arial"/>
          <w:sz w:val="24"/>
          <w:szCs w:val="24"/>
        </w:rPr>
        <w:t>vyhodnotí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3A18">
        <w:rPr>
          <w:rFonts w:ascii="Arial" w:hAnsi="Arial" w:cs="Arial"/>
          <w:sz w:val="24"/>
          <w:szCs w:val="24"/>
        </w:rPr>
        <w:t>jako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3A18">
        <w:rPr>
          <w:rFonts w:ascii="Arial" w:hAnsi="Arial" w:cs="Arial"/>
          <w:sz w:val="24"/>
          <w:szCs w:val="24"/>
        </w:rPr>
        <w:t>ohrožující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 pro </w:t>
      </w:r>
      <w:proofErr w:type="spellStart"/>
      <w:r w:rsidR="00333A18">
        <w:rPr>
          <w:rFonts w:ascii="Arial" w:hAnsi="Arial" w:cs="Arial"/>
          <w:sz w:val="24"/>
          <w:szCs w:val="24"/>
        </w:rPr>
        <w:t>zdravý</w:t>
      </w:r>
      <w:proofErr w:type="spellEnd"/>
      <w:r w:rsidR="00EE592D">
        <w:rPr>
          <w:rFonts w:ascii="Arial" w:hAnsi="Arial" w:cs="Arial"/>
          <w:sz w:val="24"/>
          <w:szCs w:val="24"/>
        </w:rPr>
        <w:t xml:space="preserve"> a</w:t>
      </w:r>
      <w:r w:rsid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3A18">
        <w:rPr>
          <w:rFonts w:ascii="Arial" w:hAnsi="Arial" w:cs="Arial"/>
          <w:sz w:val="24"/>
          <w:szCs w:val="24"/>
        </w:rPr>
        <w:t>fungující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3A18">
        <w:rPr>
          <w:rFonts w:ascii="Arial" w:hAnsi="Arial" w:cs="Arial"/>
          <w:sz w:val="24"/>
          <w:szCs w:val="24"/>
        </w:rPr>
        <w:t>kolektiv</w:t>
      </w:r>
      <w:proofErr w:type="spellEnd"/>
      <w:r w:rsid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3A18">
        <w:rPr>
          <w:rFonts w:ascii="Arial" w:hAnsi="Arial" w:cs="Arial"/>
          <w:sz w:val="24"/>
          <w:szCs w:val="24"/>
        </w:rPr>
        <w:t>dětí</w:t>
      </w:r>
      <w:proofErr w:type="spellEnd"/>
      <w:r w:rsidR="00333A18">
        <w:rPr>
          <w:rFonts w:ascii="Arial" w:hAnsi="Arial" w:cs="Arial"/>
          <w:sz w:val="24"/>
          <w:szCs w:val="24"/>
        </w:rPr>
        <w:t>.</w:t>
      </w:r>
    </w:p>
    <w:p w:rsidR="0087683A" w:rsidRPr="00333A18" w:rsidRDefault="000F3328" w:rsidP="00333A18">
      <w:pPr>
        <w:pStyle w:val="Bezmezer"/>
        <w:spacing w:after="45" w:line="276" w:lineRule="auto"/>
        <w:rPr>
          <w:rFonts w:ascii="Arial" w:hAnsi="Arial" w:cs="Arial"/>
          <w:sz w:val="24"/>
          <w:szCs w:val="24"/>
        </w:rPr>
      </w:pPr>
      <w:r w:rsidRPr="00333A18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333A18">
        <w:rPr>
          <w:rFonts w:ascii="Arial" w:hAnsi="Arial" w:cs="Arial"/>
          <w:sz w:val="24"/>
          <w:szCs w:val="24"/>
        </w:rPr>
        <w:t>žádost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zákonného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zástupce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ze </w:t>
      </w:r>
      <w:proofErr w:type="spellStart"/>
      <w:r w:rsidRPr="00333A18">
        <w:rPr>
          <w:rFonts w:ascii="Arial" w:hAnsi="Arial" w:cs="Arial"/>
          <w:sz w:val="24"/>
          <w:szCs w:val="24"/>
        </w:rPr>
        <w:t>zdravotních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či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jiných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důvodů</w:t>
      </w:r>
      <w:proofErr w:type="spellEnd"/>
      <w:r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A18">
        <w:rPr>
          <w:rFonts w:ascii="Arial" w:hAnsi="Arial" w:cs="Arial"/>
          <w:sz w:val="24"/>
          <w:szCs w:val="24"/>
        </w:rPr>
        <w:t>člena</w:t>
      </w:r>
      <w:proofErr w:type="spellEnd"/>
      <w:r w:rsidR="00620097" w:rsidRPr="00333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0097" w:rsidRPr="00333A18">
        <w:rPr>
          <w:rFonts w:ascii="Arial" w:hAnsi="Arial" w:cs="Arial"/>
          <w:sz w:val="24"/>
          <w:szCs w:val="24"/>
        </w:rPr>
        <w:t>ideálně</w:t>
      </w:r>
      <w:proofErr w:type="spellEnd"/>
      <w:r w:rsidR="00620097" w:rsidRPr="00333A18">
        <w:rPr>
          <w:rFonts w:ascii="Arial" w:hAnsi="Arial" w:cs="Arial"/>
          <w:sz w:val="24"/>
          <w:szCs w:val="24"/>
        </w:rPr>
        <w:t xml:space="preserve"> k </w:t>
      </w:r>
      <w:proofErr w:type="spellStart"/>
      <w:r w:rsidR="00620097" w:rsidRPr="00333A18">
        <w:rPr>
          <w:rFonts w:ascii="Arial" w:hAnsi="Arial" w:cs="Arial"/>
          <w:sz w:val="24"/>
          <w:szCs w:val="24"/>
        </w:rPr>
        <w:t>pololetí</w:t>
      </w:r>
      <w:proofErr w:type="spellEnd"/>
      <w:r w:rsidR="00620097" w:rsidRPr="00333A18">
        <w:rPr>
          <w:rFonts w:ascii="Arial" w:hAnsi="Arial" w:cs="Arial"/>
          <w:sz w:val="24"/>
          <w:szCs w:val="24"/>
        </w:rPr>
        <w:t>.</w:t>
      </w:r>
      <w:r w:rsidRPr="00333A18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11. STORNO PODMÍNKY</w:t>
      </w:r>
    </w:p>
    <w:p w:rsidR="0087683A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  <w:t>Kurzovné se nevrací při překážkách na straně zákonného zástupce.</w:t>
      </w:r>
      <w:r w:rsidRPr="006A3ACC">
        <w:rPr>
          <w:rFonts w:ascii="Arial" w:hAnsi="Arial" w:cs="Arial"/>
          <w:sz w:val="24"/>
          <w:szCs w:val="24"/>
        </w:rPr>
        <w:br/>
        <w:t>Při dlouhodobém onemocnění možné vrácení poměrné části.</w:t>
      </w:r>
      <w:r w:rsidRPr="006A3ACC">
        <w:rPr>
          <w:rFonts w:ascii="Arial" w:hAnsi="Arial" w:cs="Arial"/>
          <w:sz w:val="24"/>
          <w:szCs w:val="24"/>
        </w:rPr>
        <w:br/>
        <w:t>Storno poplatek činí 50 %.</w:t>
      </w:r>
      <w:r w:rsidRPr="006A3ACC">
        <w:rPr>
          <w:rFonts w:ascii="Arial" w:hAnsi="Arial" w:cs="Arial"/>
          <w:sz w:val="24"/>
          <w:szCs w:val="24"/>
        </w:rPr>
        <w:br/>
      </w:r>
    </w:p>
    <w:p w:rsidR="0087683A" w:rsidRPr="006A3ACC" w:rsidRDefault="00000000">
      <w:pPr>
        <w:pStyle w:val="Nadpis2"/>
        <w:spacing w:before="181" w:after="57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color w:val="7D45A4"/>
          <w:sz w:val="24"/>
          <w:szCs w:val="24"/>
        </w:rPr>
        <w:t>12. OCHRANA OSOBNÍCH ÚDAJŮ</w:t>
      </w:r>
    </w:p>
    <w:p w:rsidR="00BC4702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  <w:t>Údaje jsou zpracovávány v souladu s GDPR.</w:t>
      </w: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Souhlas</w:t>
      </w:r>
      <w:proofErr w:type="spellEnd"/>
      <w:r w:rsidR="0062009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0097">
        <w:rPr>
          <w:rFonts w:ascii="Arial" w:hAnsi="Arial" w:cs="Arial"/>
          <w:sz w:val="24"/>
          <w:szCs w:val="24"/>
        </w:rPr>
        <w:t>zákoných</w:t>
      </w:r>
      <w:proofErr w:type="spellEnd"/>
      <w:r w:rsidR="0062009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0097">
        <w:rPr>
          <w:rFonts w:ascii="Arial" w:hAnsi="Arial" w:cs="Arial"/>
          <w:sz w:val="24"/>
          <w:szCs w:val="24"/>
        </w:rPr>
        <w:t>zástupců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6A3ACC">
        <w:rPr>
          <w:rFonts w:ascii="Arial" w:hAnsi="Arial" w:cs="Arial"/>
          <w:sz w:val="24"/>
          <w:szCs w:val="24"/>
        </w:rPr>
        <w:t>pořizováním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fotografií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A3ACC">
        <w:rPr>
          <w:rFonts w:ascii="Arial" w:hAnsi="Arial" w:cs="Arial"/>
          <w:sz w:val="24"/>
          <w:szCs w:val="24"/>
        </w:rPr>
        <w:t>videí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p</w:t>
      </w:r>
      <w:r w:rsidR="00620097">
        <w:rPr>
          <w:rFonts w:ascii="Arial" w:hAnsi="Arial" w:cs="Arial"/>
          <w:sz w:val="24"/>
          <w:szCs w:val="24"/>
        </w:rPr>
        <w:t>ouze</w:t>
      </w:r>
      <w:proofErr w:type="spellEnd"/>
      <w:r w:rsidR="00620097">
        <w:rPr>
          <w:rFonts w:ascii="Arial" w:hAnsi="Arial" w:cs="Arial"/>
          <w:sz w:val="24"/>
          <w:szCs w:val="24"/>
        </w:rPr>
        <w:t xml:space="preserve"> pro </w:t>
      </w:r>
      <w:proofErr w:type="spellStart"/>
      <w:r w:rsidR="00620097">
        <w:rPr>
          <w:rFonts w:ascii="Arial" w:hAnsi="Arial" w:cs="Arial"/>
          <w:sz w:val="24"/>
          <w:szCs w:val="24"/>
        </w:rPr>
        <w:t>účel</w:t>
      </w:r>
      <w:proofErr w:type="spellEnd"/>
      <w:r w:rsidR="006200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prezentac</w:t>
      </w:r>
      <w:r w:rsidR="00620097">
        <w:rPr>
          <w:rFonts w:ascii="Arial" w:hAnsi="Arial" w:cs="Arial"/>
          <w:sz w:val="24"/>
          <w:szCs w:val="24"/>
        </w:rPr>
        <w:t>e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skupiny</w:t>
      </w:r>
      <w:proofErr w:type="spellEnd"/>
      <w:r w:rsidRPr="006A3ACC">
        <w:rPr>
          <w:rFonts w:ascii="Arial" w:hAnsi="Arial" w:cs="Arial"/>
          <w:sz w:val="24"/>
          <w:szCs w:val="24"/>
        </w:rPr>
        <w:t>.</w:t>
      </w:r>
    </w:p>
    <w:p w:rsidR="00BC4702" w:rsidRDefault="00BC4702">
      <w:pPr>
        <w:spacing w:after="45"/>
        <w:rPr>
          <w:rFonts w:ascii="Arial" w:hAnsi="Arial" w:cs="Arial"/>
          <w:sz w:val="24"/>
          <w:szCs w:val="24"/>
        </w:rPr>
      </w:pPr>
    </w:p>
    <w:p w:rsidR="00BC4702" w:rsidRDefault="00BC4702">
      <w:pPr>
        <w:spacing w:after="45"/>
        <w:rPr>
          <w:rFonts w:ascii="Arial" w:hAnsi="Arial" w:cs="Arial"/>
          <w:sz w:val="24"/>
          <w:szCs w:val="24"/>
        </w:rPr>
      </w:pPr>
    </w:p>
    <w:p w:rsidR="00BC4702" w:rsidRPr="006A3ACC" w:rsidRDefault="00BC4702" w:rsidP="00BC4702">
      <w:pPr>
        <w:spacing w:after="45"/>
        <w:rPr>
          <w:rFonts w:ascii="Arial" w:hAnsi="Arial" w:cs="Arial"/>
          <w:sz w:val="24"/>
          <w:szCs w:val="24"/>
        </w:rPr>
      </w:pPr>
      <w:proofErr w:type="spellStart"/>
      <w:r w:rsidRPr="006A3ACC">
        <w:rPr>
          <w:rFonts w:ascii="Arial" w:hAnsi="Arial" w:cs="Arial"/>
          <w:sz w:val="24"/>
          <w:szCs w:val="24"/>
        </w:rPr>
        <w:t>Podpis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matky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___________________________</w:t>
      </w:r>
    </w:p>
    <w:p w:rsidR="00BC4702" w:rsidRPr="006A3ACC" w:rsidRDefault="00BC4702" w:rsidP="00BC4702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  <w:proofErr w:type="spellStart"/>
      <w:r w:rsidRPr="006A3ACC">
        <w:rPr>
          <w:rFonts w:ascii="Arial" w:hAnsi="Arial" w:cs="Arial"/>
          <w:sz w:val="24"/>
          <w:szCs w:val="24"/>
        </w:rPr>
        <w:t>Podpis</w:t>
      </w:r>
      <w:proofErr w:type="spellEnd"/>
      <w:r w:rsidRPr="006A3A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3ACC">
        <w:rPr>
          <w:rFonts w:ascii="Arial" w:hAnsi="Arial" w:cs="Arial"/>
          <w:sz w:val="24"/>
          <w:szCs w:val="24"/>
        </w:rPr>
        <w:t>otce</w:t>
      </w:r>
      <w:proofErr w:type="spellEnd"/>
      <w:r w:rsidRPr="006A3ACC">
        <w:rPr>
          <w:rFonts w:ascii="Arial" w:hAnsi="Arial" w:cs="Arial"/>
          <w:sz w:val="24"/>
          <w:szCs w:val="24"/>
        </w:rPr>
        <w:t>: ____________________________</w:t>
      </w:r>
    </w:p>
    <w:p w:rsidR="00BC4702" w:rsidRPr="006A3ACC" w:rsidRDefault="00BC4702" w:rsidP="00BC4702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  <w:t>Datum: _________________________________</w:t>
      </w:r>
    </w:p>
    <w:p w:rsidR="00BC4702" w:rsidRDefault="00BC4702">
      <w:pPr>
        <w:spacing w:after="45"/>
        <w:rPr>
          <w:rFonts w:ascii="Arial" w:hAnsi="Arial" w:cs="Arial"/>
          <w:sz w:val="24"/>
          <w:szCs w:val="24"/>
        </w:rPr>
      </w:pPr>
    </w:p>
    <w:p w:rsidR="0087683A" w:rsidRPr="006A3ACC" w:rsidRDefault="00000000">
      <w:pPr>
        <w:spacing w:after="45"/>
        <w:rPr>
          <w:rFonts w:ascii="Arial" w:hAnsi="Arial" w:cs="Arial"/>
          <w:sz w:val="24"/>
          <w:szCs w:val="24"/>
        </w:rPr>
      </w:pPr>
      <w:r w:rsidRPr="006A3ACC">
        <w:rPr>
          <w:rFonts w:ascii="Arial" w:hAnsi="Arial" w:cs="Arial"/>
          <w:sz w:val="24"/>
          <w:szCs w:val="24"/>
        </w:rPr>
        <w:br/>
      </w:r>
    </w:p>
    <w:sectPr w:rsidR="0087683A" w:rsidRPr="006A3ACC" w:rsidSect="00BC4702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257" w:right="1219" w:bottom="935" w:left="1219" w:header="829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766C" w:rsidRDefault="00AE766C">
      <w:pPr>
        <w:spacing w:after="0" w:line="240" w:lineRule="auto"/>
      </w:pPr>
      <w:r>
        <w:separator/>
      </w:r>
    </w:p>
  </w:endnote>
  <w:endnote w:type="continuationSeparator" w:id="0">
    <w:p w:rsidR="00AE766C" w:rsidRDefault="00AE7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683A" w:rsidRDefault="00000000">
    <w:pPr>
      <w:pStyle w:val="Zpat"/>
      <w:jc w:val="center"/>
    </w:pPr>
    <w:r>
      <w:t xml:space="preserve">ZUMIDANCE | www.zumidance.cz | IČO: 76617904 | Strana </w:t>
    </w:r>
    <w:r>
      <w:fldChar w:fldCharType="begin"/>
    </w:r>
    <w:r>
      <w:instrText>PAGE</w:instrText>
    </w:r>
    <w:r>
      <w:fldChar w:fldCharType="separate"/>
    </w:r>
    <w:r w:rsidR="00321DA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683A" w:rsidRDefault="00000000">
    <w:pPr>
      <w:pStyle w:val="Zpat"/>
      <w:jc w:val="center"/>
    </w:pPr>
    <w:r>
      <w:t xml:space="preserve">ZUMIDANCE | www.zumidance.cz | IČO: 76617904 | Strana </w:t>
    </w:r>
    <w:r>
      <w:fldChar w:fldCharType="begin"/>
    </w:r>
    <w:r>
      <w:instrText>PAGE</w:instrText>
    </w:r>
    <w:r>
      <w:fldChar w:fldCharType="separate"/>
    </w:r>
    <w:r w:rsidR="00321DA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766C" w:rsidRDefault="00AE766C">
      <w:pPr>
        <w:spacing w:after="0" w:line="240" w:lineRule="auto"/>
      </w:pPr>
      <w:r>
        <w:separator/>
      </w:r>
    </w:p>
  </w:footnote>
  <w:footnote w:type="continuationSeparator" w:id="0">
    <w:p w:rsidR="00AE766C" w:rsidRDefault="00AE7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683A" w:rsidRDefault="00000000">
    <w:pPr>
      <w:pStyle w:val="Zhlav"/>
      <w:jc w:val="right"/>
    </w:pPr>
    <w:r>
      <w:rPr>
        <w:noProof/>
      </w:rPr>
      <w:drawing>
        <wp:inline distT="0" distB="0" distL="0" distR="0">
          <wp:extent cx="640080" cy="3817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" cy="381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5125" w:rsidRDefault="00000000">
    <w:pPr>
      <w:spacing w:after="0"/>
      <w:jc w:val="center"/>
    </w:pPr>
    <w:r>
      <w:rPr>
        <w:noProof/>
      </w:rPr>
      <w:drawing>
        <wp:inline distT="0" distB="0" distL="0" distR="0">
          <wp:extent cx="2286000" cy="1363226"/>
          <wp:effectExtent l="0" t="0" r="0" b="0"/>
          <wp:docPr id="3110531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1363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4563816">
    <w:abstractNumId w:val="8"/>
  </w:num>
  <w:num w:numId="2" w16cid:durableId="448477208">
    <w:abstractNumId w:val="6"/>
  </w:num>
  <w:num w:numId="3" w16cid:durableId="1145513107">
    <w:abstractNumId w:val="5"/>
  </w:num>
  <w:num w:numId="4" w16cid:durableId="1271279324">
    <w:abstractNumId w:val="4"/>
  </w:num>
  <w:num w:numId="5" w16cid:durableId="134832645">
    <w:abstractNumId w:val="7"/>
  </w:num>
  <w:num w:numId="6" w16cid:durableId="1184247020">
    <w:abstractNumId w:val="3"/>
  </w:num>
  <w:num w:numId="7" w16cid:durableId="277373667">
    <w:abstractNumId w:val="2"/>
  </w:num>
  <w:num w:numId="8" w16cid:durableId="1139612869">
    <w:abstractNumId w:val="1"/>
  </w:num>
  <w:num w:numId="9" w16cid:durableId="7663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3328"/>
    <w:rsid w:val="0015074B"/>
    <w:rsid w:val="00275125"/>
    <w:rsid w:val="0029639D"/>
    <w:rsid w:val="00321DAD"/>
    <w:rsid w:val="00326F90"/>
    <w:rsid w:val="00333A18"/>
    <w:rsid w:val="004C21AD"/>
    <w:rsid w:val="00507840"/>
    <w:rsid w:val="00521445"/>
    <w:rsid w:val="00554218"/>
    <w:rsid w:val="00595775"/>
    <w:rsid w:val="00620097"/>
    <w:rsid w:val="006A3ACC"/>
    <w:rsid w:val="0087683A"/>
    <w:rsid w:val="009E0B58"/>
    <w:rsid w:val="00AA1D8D"/>
    <w:rsid w:val="00AE29F6"/>
    <w:rsid w:val="00AE766C"/>
    <w:rsid w:val="00B47730"/>
    <w:rsid w:val="00BC4702"/>
    <w:rsid w:val="00C31562"/>
    <w:rsid w:val="00C67C81"/>
    <w:rsid w:val="00CB0664"/>
    <w:rsid w:val="00E24F35"/>
    <w:rsid w:val="00EB0851"/>
    <w:rsid w:val="00EE592D"/>
    <w:rsid w:val="00F6660C"/>
    <w:rsid w:val="00FA18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FA6B30"/>
  <w14:defaultImageDpi w14:val="300"/>
  <w15:docId w15:val="{2F32D4FA-6E82-A844-BA81-7768F7D09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62009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20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591</Words>
  <Characters>3493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Alokin</cp:lastModifiedBy>
  <cp:revision>13</cp:revision>
  <dcterms:created xsi:type="dcterms:W3CDTF">2013-12-23T23:15:00Z</dcterms:created>
  <dcterms:modified xsi:type="dcterms:W3CDTF">2026-09-18T09:40:00Z</dcterms:modified>
  <cp:category/>
</cp:coreProperties>
</file>