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60C" w:rsidRPr="006A3ACC" w:rsidRDefault="00000000" w:rsidP="00F6660C">
      <w:pPr>
        <w:pStyle w:val="Nadpis1"/>
        <w:jc w:val="center"/>
        <w:rPr>
          <w:rFonts w:ascii="Arial" w:hAnsi="Arial" w:cs="Arial"/>
        </w:rPr>
      </w:pPr>
      <w:r w:rsidRPr="006A3ACC">
        <w:rPr>
          <w:rFonts w:ascii="Arial" w:hAnsi="Arial" w:cs="Arial"/>
          <w:sz w:val="40"/>
          <w:szCs w:val="40"/>
        </w:rPr>
        <w:t>PŘIHLÁŠKA</w:t>
      </w:r>
      <w:r w:rsidR="00321DAD" w:rsidRPr="006A3ACC">
        <w:rPr>
          <w:rFonts w:ascii="Arial" w:hAnsi="Arial" w:cs="Arial"/>
          <w:sz w:val="40"/>
          <w:szCs w:val="40"/>
        </w:rPr>
        <w:t xml:space="preserve"> </w:t>
      </w:r>
      <w:r w:rsidRPr="006A3ACC">
        <w:rPr>
          <w:rFonts w:ascii="Arial" w:hAnsi="Arial" w:cs="Arial"/>
          <w:sz w:val="40"/>
          <w:szCs w:val="40"/>
        </w:rPr>
        <w:br/>
      </w:r>
      <w:r w:rsidRPr="006A3ACC">
        <w:rPr>
          <w:rFonts w:ascii="Arial" w:hAnsi="Arial" w:cs="Arial"/>
        </w:rPr>
        <w:t>TANEČNÍ SKUPINA ZUMIDANCE</w:t>
      </w:r>
    </w:p>
    <w:p w:rsidR="00321DAD" w:rsidRPr="006A3ACC" w:rsidRDefault="00000000" w:rsidP="006A3ACC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Jméno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A3ACC">
        <w:rPr>
          <w:rFonts w:ascii="Arial" w:hAnsi="Arial" w:cs="Arial"/>
          <w:sz w:val="24"/>
          <w:szCs w:val="24"/>
        </w:rPr>
        <w:t>příjmení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dítěte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__________________________________________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  <w:t xml:space="preserve">Datum </w:t>
      </w:r>
      <w:proofErr w:type="spellStart"/>
      <w:r w:rsidRPr="006A3ACC">
        <w:rPr>
          <w:rFonts w:ascii="Arial" w:hAnsi="Arial" w:cs="Arial"/>
          <w:sz w:val="24"/>
          <w:szCs w:val="24"/>
        </w:rPr>
        <w:t>narození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_________________________________________________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Zdravotní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stav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dítěte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____________________________________________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</w:rPr>
        <w:t>Zákonný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zástupce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prohlašuje</w:t>
      </w:r>
      <w:proofErr w:type="spellEnd"/>
      <w:r w:rsidRPr="006A3ACC">
        <w:rPr>
          <w:rFonts w:ascii="Arial" w:hAnsi="Arial" w:cs="Arial"/>
        </w:rPr>
        <w:t xml:space="preserve">, </w:t>
      </w:r>
      <w:proofErr w:type="spellStart"/>
      <w:r w:rsidRPr="006A3ACC">
        <w:rPr>
          <w:rFonts w:ascii="Arial" w:hAnsi="Arial" w:cs="Arial"/>
        </w:rPr>
        <w:t>že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zdravotní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stav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dítěte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umožňuje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účast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na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pohybových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aktivitách</w:t>
      </w:r>
      <w:proofErr w:type="spellEnd"/>
      <w:r w:rsidRPr="006A3ACC">
        <w:rPr>
          <w:rFonts w:ascii="Arial" w:hAnsi="Arial" w:cs="Arial"/>
        </w:rPr>
        <w:t>.</w:t>
      </w:r>
      <w:r w:rsidR="00EB0851" w:rsidRPr="006A3ACC">
        <w:rPr>
          <w:rFonts w:ascii="Arial" w:hAnsi="Arial" w:cs="Arial"/>
        </w:rPr>
        <w:t xml:space="preserve"> </w:t>
      </w:r>
      <w:r w:rsidRPr="006A3ACC">
        <w:rPr>
          <w:rFonts w:ascii="Arial" w:hAnsi="Arial" w:cs="Arial"/>
        </w:rPr>
        <w:t xml:space="preserve">V </w:t>
      </w:r>
      <w:proofErr w:type="spellStart"/>
      <w:r w:rsidRPr="006A3ACC">
        <w:rPr>
          <w:rFonts w:ascii="Arial" w:hAnsi="Arial" w:cs="Arial"/>
        </w:rPr>
        <w:t>případě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zdravotních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omezení</w:t>
      </w:r>
      <w:proofErr w:type="spellEnd"/>
      <w:r w:rsidRPr="006A3ACC">
        <w:rPr>
          <w:rFonts w:ascii="Arial" w:hAnsi="Arial" w:cs="Arial"/>
        </w:rPr>
        <w:t xml:space="preserve"> je </w:t>
      </w:r>
      <w:proofErr w:type="spellStart"/>
      <w:r w:rsidRPr="006A3ACC">
        <w:rPr>
          <w:rFonts w:ascii="Arial" w:hAnsi="Arial" w:cs="Arial"/>
        </w:rPr>
        <w:t>povinen</w:t>
      </w:r>
      <w:proofErr w:type="spellEnd"/>
      <w:r w:rsidRPr="006A3ACC">
        <w:rPr>
          <w:rFonts w:ascii="Arial" w:hAnsi="Arial" w:cs="Arial"/>
        </w:rPr>
        <w:t xml:space="preserve"> o </w:t>
      </w:r>
      <w:proofErr w:type="spellStart"/>
      <w:r w:rsidRPr="006A3ACC">
        <w:rPr>
          <w:rFonts w:ascii="Arial" w:hAnsi="Arial" w:cs="Arial"/>
        </w:rPr>
        <w:t>nich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vedoucí</w:t>
      </w:r>
      <w:r w:rsidR="006A3ACC" w:rsidRPr="006A3ACC">
        <w:rPr>
          <w:rFonts w:ascii="Arial" w:hAnsi="Arial" w:cs="Arial"/>
        </w:rPr>
        <w:t>mu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="00EE592D">
        <w:rPr>
          <w:rFonts w:ascii="Arial" w:hAnsi="Arial" w:cs="Arial"/>
        </w:rPr>
        <w:t>oddílu</w:t>
      </w:r>
      <w:proofErr w:type="spellEnd"/>
      <w:r w:rsidR="00EE592D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písemně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informovat</w:t>
      </w:r>
      <w:proofErr w:type="spellEnd"/>
      <w:r w:rsidRPr="006A3ACC">
        <w:rPr>
          <w:rFonts w:ascii="Arial" w:hAnsi="Arial" w:cs="Arial"/>
        </w:rPr>
        <w:t>.</w:t>
      </w:r>
      <w:r w:rsidR="00EB0851"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Pokud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dítě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prodělalo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operaci</w:t>
      </w:r>
      <w:proofErr w:type="spellEnd"/>
      <w:r w:rsidRPr="006A3ACC">
        <w:rPr>
          <w:rFonts w:ascii="Arial" w:hAnsi="Arial" w:cs="Arial"/>
        </w:rPr>
        <w:t xml:space="preserve">, </w:t>
      </w:r>
      <w:proofErr w:type="spellStart"/>
      <w:r w:rsidRPr="006A3ACC">
        <w:rPr>
          <w:rFonts w:ascii="Arial" w:hAnsi="Arial" w:cs="Arial"/>
        </w:rPr>
        <w:t>vážnější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úraz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či</w:t>
      </w:r>
      <w:proofErr w:type="spellEnd"/>
      <w:r w:rsidRPr="006A3ACC">
        <w:rPr>
          <w:rFonts w:ascii="Arial" w:hAnsi="Arial" w:cs="Arial"/>
        </w:rPr>
        <w:t xml:space="preserve"> </w:t>
      </w:r>
      <w:proofErr w:type="spellStart"/>
      <w:r w:rsidRPr="006A3ACC">
        <w:rPr>
          <w:rFonts w:ascii="Arial" w:hAnsi="Arial" w:cs="Arial"/>
        </w:rPr>
        <w:t>onemocnění</w:t>
      </w:r>
      <w:proofErr w:type="spellEnd"/>
      <w:r w:rsidRPr="006A3ACC">
        <w:rPr>
          <w:rFonts w:ascii="Arial" w:hAnsi="Arial" w:cs="Arial"/>
        </w:rPr>
        <w:t>, je nutné doložit lékařské potvrzení o způsobilosti.</w:t>
      </w:r>
      <w:r w:rsidRPr="006A3ACC">
        <w:rPr>
          <w:rFonts w:ascii="Arial" w:hAnsi="Arial" w:cs="Arial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Zákonní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zástupci</w:t>
      </w:r>
      <w:proofErr w:type="spellEnd"/>
      <w:r w:rsidRPr="006A3ACC">
        <w:rPr>
          <w:rFonts w:ascii="Arial" w:hAnsi="Arial" w:cs="Arial"/>
          <w:sz w:val="24"/>
          <w:szCs w:val="24"/>
        </w:rPr>
        <w:t>: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Jméno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matky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: __________________________   </w:t>
      </w:r>
      <w:proofErr w:type="spellStart"/>
      <w:r w:rsidRPr="006A3ACC">
        <w:rPr>
          <w:rFonts w:ascii="Arial" w:hAnsi="Arial" w:cs="Arial"/>
          <w:sz w:val="24"/>
          <w:szCs w:val="24"/>
        </w:rPr>
        <w:t>Telefon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</w:t>
      </w:r>
    </w:p>
    <w:p w:rsidR="00321DAD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Jméno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otce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: ___________________________   </w:t>
      </w:r>
      <w:proofErr w:type="spellStart"/>
      <w:r w:rsidRPr="006A3ACC">
        <w:rPr>
          <w:rFonts w:ascii="Arial" w:hAnsi="Arial" w:cs="Arial"/>
          <w:sz w:val="24"/>
          <w:szCs w:val="24"/>
        </w:rPr>
        <w:t>Telefon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Fakturační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adresa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________________________________________________</w:t>
      </w:r>
    </w:p>
    <w:p w:rsidR="00EB0851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Město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: __________________________ </w:t>
      </w:r>
      <w:proofErr w:type="gramStart"/>
      <w:r w:rsidRPr="006A3ACC">
        <w:rPr>
          <w:rFonts w:ascii="Arial" w:hAnsi="Arial" w:cs="Arial"/>
          <w:sz w:val="24"/>
          <w:szCs w:val="24"/>
        </w:rPr>
        <w:t>PSČ:_</w:t>
      </w:r>
      <w:proofErr w:type="gramEnd"/>
      <w:r w:rsidRPr="006A3ACC">
        <w:rPr>
          <w:rFonts w:ascii="Arial" w:hAnsi="Arial" w:cs="Arial"/>
          <w:sz w:val="24"/>
          <w:szCs w:val="24"/>
        </w:rPr>
        <w:t>___________________________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Kontaktní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e-mail: _________________________________________________</w:t>
      </w:r>
      <w:r w:rsidRPr="006A3ACC">
        <w:rPr>
          <w:rFonts w:ascii="Arial" w:hAnsi="Arial" w:cs="Arial"/>
          <w:sz w:val="24"/>
          <w:szCs w:val="24"/>
        </w:rPr>
        <w:br/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Podpis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matky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___________________________</w:t>
      </w:r>
    </w:p>
    <w:p w:rsidR="00EB0851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Podpis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otce</w:t>
      </w:r>
      <w:proofErr w:type="spellEnd"/>
      <w:r w:rsidRPr="006A3ACC">
        <w:rPr>
          <w:rFonts w:ascii="Arial" w:hAnsi="Arial" w:cs="Arial"/>
          <w:sz w:val="24"/>
          <w:szCs w:val="24"/>
        </w:rPr>
        <w:t>: ____________________________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Datum: _________________________________</w:t>
      </w:r>
    </w:p>
    <w:p w:rsidR="00321DAD" w:rsidRPr="006A3ACC" w:rsidRDefault="00321DAD">
      <w:pPr>
        <w:pStyle w:val="Nadpis2"/>
        <w:rPr>
          <w:rFonts w:ascii="Arial" w:hAnsi="Arial" w:cs="Arial"/>
          <w:color w:val="7D45A4"/>
          <w:sz w:val="24"/>
          <w:szCs w:val="24"/>
        </w:rPr>
      </w:pP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1. ČLENSTVÍ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Členství vzniká odevzdáním přihlášky a úhradou kurzovného.</w:t>
      </w:r>
      <w:r w:rsidRPr="006A3ACC">
        <w:rPr>
          <w:rFonts w:ascii="Arial" w:hAnsi="Arial" w:cs="Arial"/>
          <w:sz w:val="24"/>
          <w:szCs w:val="24"/>
        </w:rPr>
        <w:br/>
        <w:t>Očekává se pravidelná docházka, vhodné oblečení a respektování pokynů trenéra.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2. ROZSAH TRÉNINKŮ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Lekce probíhají 1–2x týdně dle rozvrhu.</w:t>
      </w:r>
      <w:r w:rsidRPr="006A3ACC">
        <w:rPr>
          <w:rFonts w:ascii="Arial" w:hAnsi="Arial" w:cs="Arial"/>
          <w:sz w:val="24"/>
          <w:szCs w:val="24"/>
        </w:rPr>
        <w:br/>
        <w:t>Kroužek neprobíhá během školních prázdnin a státních svátků.</w:t>
      </w:r>
      <w:r w:rsidRPr="006A3ACC">
        <w:rPr>
          <w:rFonts w:ascii="Arial" w:hAnsi="Arial" w:cs="Arial"/>
          <w:sz w:val="24"/>
          <w:szCs w:val="24"/>
        </w:rPr>
        <w:br/>
        <w:t>O změnách jsou rodiče informováni e-mailem.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3. ODPOVĚDNOST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Vedoucí odpovídá za dohled během tréninku.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Tanec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A3ACC">
        <w:rPr>
          <w:rFonts w:ascii="Arial" w:hAnsi="Arial" w:cs="Arial"/>
          <w:sz w:val="24"/>
          <w:szCs w:val="24"/>
        </w:rPr>
        <w:t>pohybová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aktivita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A3ACC">
        <w:rPr>
          <w:rFonts w:ascii="Arial" w:hAnsi="Arial" w:cs="Arial"/>
          <w:sz w:val="24"/>
          <w:szCs w:val="24"/>
        </w:rPr>
        <w:t>může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dojít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k </w:t>
      </w:r>
      <w:proofErr w:type="spellStart"/>
      <w:r w:rsidRPr="006A3ACC">
        <w:rPr>
          <w:rFonts w:ascii="Arial" w:hAnsi="Arial" w:cs="Arial"/>
          <w:sz w:val="24"/>
          <w:szCs w:val="24"/>
        </w:rPr>
        <w:t>běžným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sportovním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úrazům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které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trenér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oznamuje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zákonným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zástupcům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  <w:t xml:space="preserve">Vedoucí nenese odpovědnost za úrazy, pokud nebyly způsobeny úmyslným </w:t>
      </w:r>
      <w:proofErr w:type="spellStart"/>
      <w:r w:rsidRPr="006A3ACC">
        <w:rPr>
          <w:rFonts w:ascii="Arial" w:hAnsi="Arial" w:cs="Arial"/>
          <w:sz w:val="24"/>
          <w:szCs w:val="24"/>
        </w:rPr>
        <w:t>nebo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hrubě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nedbalým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jednáním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Nenese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odpovědnost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A3ACC">
        <w:rPr>
          <w:rFonts w:ascii="Arial" w:hAnsi="Arial" w:cs="Arial"/>
          <w:sz w:val="24"/>
          <w:szCs w:val="24"/>
        </w:rPr>
        <w:t>ztrátu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osobních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věcí.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4. ORGANIZAČNÍ PRAVIDLA</w:t>
      </w:r>
    </w:p>
    <w:p w:rsidR="000F3328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Vedoucí stanovuje metodická, organizační a umělecká pravidla.</w:t>
      </w:r>
      <w:r w:rsidRPr="006A3ACC">
        <w:rPr>
          <w:rFonts w:ascii="Arial" w:hAnsi="Arial" w:cs="Arial"/>
          <w:sz w:val="24"/>
          <w:szCs w:val="24"/>
        </w:rPr>
        <w:br/>
        <w:t>Rozhodnutí vedoucí je konečné.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Rodičům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jiným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cizím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osobám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není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povolen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vstup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na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trénink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bez </w:t>
      </w:r>
      <w:proofErr w:type="spellStart"/>
      <w:r w:rsidR="00620097">
        <w:rPr>
          <w:rFonts w:ascii="Arial" w:hAnsi="Arial" w:cs="Arial"/>
          <w:sz w:val="24"/>
          <w:szCs w:val="24"/>
        </w:rPr>
        <w:t>předchozí</w:t>
      </w:r>
      <w:proofErr w:type="spellEnd"/>
      <w:r w:rsidR="0062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domluvy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</w:p>
    <w:p w:rsidR="000F3328" w:rsidRPr="006A3ACC" w:rsidRDefault="000F3328" w:rsidP="000F332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A3ACC">
        <w:rPr>
          <w:rFonts w:ascii="Arial" w:eastAsia="Times New Roman" w:hAnsi="Arial" w:cs="Arial"/>
          <w:sz w:val="24"/>
          <w:szCs w:val="24"/>
        </w:rPr>
        <w:t>Trenér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má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nárok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3 absence (3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lekce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) za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pololetí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bez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povinnosti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náhrady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Další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absence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budou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vždy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nahrazeny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dopředu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vyhlášeny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či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jinak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eastAsia="Times New Roman" w:hAnsi="Arial" w:cs="Arial"/>
          <w:sz w:val="24"/>
          <w:szCs w:val="24"/>
        </w:rPr>
        <w:t>kompenzovány</w:t>
      </w:r>
      <w:proofErr w:type="spellEnd"/>
      <w:r w:rsidRPr="006A3ACC">
        <w:rPr>
          <w:rFonts w:ascii="Arial" w:eastAsia="Times New Roman" w:hAnsi="Arial" w:cs="Arial"/>
          <w:sz w:val="24"/>
          <w:szCs w:val="24"/>
        </w:rPr>
        <w:t>.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</w:p>
    <w:p w:rsidR="000F3328" w:rsidRPr="006A3ACC" w:rsidRDefault="000F3328">
      <w:pPr>
        <w:rPr>
          <w:rFonts w:ascii="Arial" w:hAnsi="Arial" w:cs="Arial"/>
          <w:sz w:val="24"/>
          <w:szCs w:val="24"/>
        </w:rPr>
      </w:pPr>
    </w:p>
    <w:p w:rsidR="009E0B58" w:rsidRDefault="009E0B58">
      <w:pPr>
        <w:pStyle w:val="Nadpis2"/>
        <w:rPr>
          <w:rFonts w:ascii="Arial" w:hAnsi="Arial" w:cs="Arial"/>
          <w:color w:val="7D45A4"/>
          <w:sz w:val="24"/>
          <w:szCs w:val="24"/>
        </w:rPr>
      </w:pP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5. KOMUNIKACE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Oficiální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kanál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: </w:t>
      </w:r>
      <w:r w:rsidR="00620097" w:rsidRPr="00620097">
        <w:rPr>
          <w:rFonts w:ascii="Arial" w:hAnsi="Arial" w:cs="Arial"/>
          <w:b/>
          <w:bCs/>
          <w:sz w:val="24"/>
          <w:szCs w:val="24"/>
        </w:rPr>
        <w:t xml:space="preserve">zumidance@seznam.cz </w:t>
      </w:r>
      <w:proofErr w:type="spellStart"/>
      <w:r w:rsidR="00620097" w:rsidRPr="00620097">
        <w:rPr>
          <w:rFonts w:ascii="Arial" w:hAnsi="Arial" w:cs="Arial"/>
          <w:b/>
          <w:bCs/>
          <w:sz w:val="24"/>
          <w:szCs w:val="24"/>
        </w:rPr>
        <w:t>nebo</w:t>
      </w:r>
      <w:proofErr w:type="spellEnd"/>
      <w:r w:rsidR="00620097" w:rsidRPr="00620097">
        <w:rPr>
          <w:rFonts w:ascii="Arial" w:hAnsi="Arial" w:cs="Arial"/>
          <w:b/>
          <w:bCs/>
          <w:sz w:val="24"/>
          <w:szCs w:val="24"/>
        </w:rPr>
        <w:t xml:space="preserve"> tel. č. 773 473 001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Odpověď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zpravidla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do 3 </w:t>
      </w:r>
      <w:proofErr w:type="spellStart"/>
      <w:r w:rsidRPr="006A3ACC">
        <w:rPr>
          <w:rFonts w:ascii="Arial" w:hAnsi="Arial" w:cs="Arial"/>
          <w:sz w:val="24"/>
          <w:szCs w:val="24"/>
        </w:rPr>
        <w:t>pracovních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dnů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Komunikace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musí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být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věcná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a respektující.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Opakované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nevhodné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jednání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či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pomluvy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m</w:t>
      </w:r>
      <w:r w:rsidR="009E0B58">
        <w:rPr>
          <w:rFonts w:ascii="Arial" w:hAnsi="Arial" w:cs="Arial"/>
          <w:sz w:val="24"/>
          <w:szCs w:val="24"/>
        </w:rPr>
        <w:t>ohou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vést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k ukončení členství.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6. KURZOVNÉ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Splatnost: 15. října a 15. února.</w:t>
      </w:r>
      <w:r w:rsidRPr="006A3ACC">
        <w:rPr>
          <w:rFonts w:ascii="Arial" w:hAnsi="Arial" w:cs="Arial"/>
          <w:sz w:val="24"/>
          <w:szCs w:val="24"/>
        </w:rPr>
        <w:br/>
        <w:t>Při prodlení administrativní poplatek 200 Kč.</w:t>
      </w:r>
      <w:r w:rsidRPr="006A3ACC">
        <w:rPr>
          <w:rFonts w:ascii="Arial" w:hAnsi="Arial" w:cs="Arial"/>
          <w:sz w:val="24"/>
          <w:szCs w:val="24"/>
        </w:rPr>
        <w:br/>
        <w:t>Po 7 dnech prodlení může být člen dočasně vyloučen z tréninků.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7. ABSENCE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Absenci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A3ACC">
        <w:rPr>
          <w:rFonts w:ascii="Arial" w:hAnsi="Arial" w:cs="Arial"/>
          <w:sz w:val="24"/>
          <w:szCs w:val="24"/>
        </w:rPr>
        <w:t>nutné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omluvit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předem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minimálně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hodiny</w:t>
      </w:r>
      <w:proofErr w:type="spellEnd"/>
      <w:r w:rsidR="00EE592D">
        <w:rPr>
          <w:rFonts w:ascii="Arial" w:hAnsi="Arial" w:cs="Arial"/>
          <w:sz w:val="24"/>
          <w:szCs w:val="24"/>
        </w:rPr>
        <w:t>,</w:t>
      </w:r>
      <w:r w:rsidR="000F3328"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pokud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 xml:space="preserve"> je to </w:t>
      </w:r>
      <w:proofErr w:type="spellStart"/>
      <w:r w:rsidR="000F3328" w:rsidRPr="006A3ACC">
        <w:rPr>
          <w:rFonts w:ascii="Arial" w:hAnsi="Arial" w:cs="Arial"/>
          <w:sz w:val="24"/>
          <w:szCs w:val="24"/>
        </w:rPr>
        <w:t>možné</w:t>
      </w:r>
      <w:proofErr w:type="spellEnd"/>
      <w:r w:rsidR="000F3328" w:rsidRPr="006A3ACC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Více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než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6A3ACC">
        <w:rPr>
          <w:rFonts w:ascii="Arial" w:hAnsi="Arial" w:cs="Arial"/>
          <w:sz w:val="24"/>
          <w:szCs w:val="24"/>
        </w:rPr>
        <w:t>neomluvené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lekce mohou vést k vyloučení.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8. SOUTĚŽNÍ TÝMY</w:t>
      </w:r>
    </w:p>
    <w:p w:rsidR="0087683A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Účast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0B58">
        <w:rPr>
          <w:rFonts w:ascii="Arial" w:hAnsi="Arial" w:cs="Arial"/>
          <w:sz w:val="24"/>
          <w:szCs w:val="24"/>
        </w:rPr>
        <w:t>na</w:t>
      </w:r>
      <w:proofErr w:type="spellEnd"/>
      <w:r w:rsidR="009E0B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0B58">
        <w:rPr>
          <w:rFonts w:ascii="Arial" w:hAnsi="Arial" w:cs="Arial"/>
          <w:sz w:val="24"/>
          <w:szCs w:val="24"/>
        </w:rPr>
        <w:t>soutěžích</w:t>
      </w:r>
      <w:proofErr w:type="spellEnd"/>
      <w:r w:rsidR="009E0B58">
        <w:rPr>
          <w:rFonts w:ascii="Arial" w:hAnsi="Arial" w:cs="Arial"/>
          <w:sz w:val="24"/>
          <w:szCs w:val="24"/>
        </w:rPr>
        <w:t xml:space="preserve"> </w:t>
      </w:r>
      <w:r w:rsidRPr="006A3ACC">
        <w:rPr>
          <w:rFonts w:ascii="Arial" w:hAnsi="Arial" w:cs="Arial"/>
          <w:sz w:val="24"/>
          <w:szCs w:val="24"/>
        </w:rPr>
        <w:t xml:space="preserve">je </w:t>
      </w:r>
      <w:proofErr w:type="spellStart"/>
      <w:r w:rsidRPr="006A3ACC">
        <w:rPr>
          <w:rFonts w:ascii="Arial" w:hAnsi="Arial" w:cs="Arial"/>
          <w:sz w:val="24"/>
          <w:szCs w:val="24"/>
        </w:rPr>
        <w:t>týmová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E592D">
        <w:rPr>
          <w:rFonts w:ascii="Arial" w:hAnsi="Arial" w:cs="Arial"/>
          <w:sz w:val="24"/>
          <w:szCs w:val="24"/>
        </w:rPr>
        <w:t>povinná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Tolerují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EE592D">
        <w:rPr>
          <w:rFonts w:ascii="Arial" w:hAnsi="Arial" w:cs="Arial"/>
          <w:sz w:val="24"/>
          <w:szCs w:val="24"/>
        </w:rPr>
        <w:t>pouze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dlouho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dopředu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omluvené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termíny</w:t>
      </w:r>
      <w:proofErr w:type="spellEnd"/>
      <w:r w:rsidR="00EE592D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Rozhodnutí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A3ACC">
        <w:rPr>
          <w:rFonts w:ascii="Arial" w:hAnsi="Arial" w:cs="Arial"/>
          <w:sz w:val="24"/>
          <w:szCs w:val="24"/>
        </w:rPr>
        <w:t>sestavě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je v kompetenci vedoucí.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Opakovaná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0097">
        <w:rPr>
          <w:rFonts w:ascii="Arial" w:hAnsi="Arial" w:cs="Arial"/>
          <w:sz w:val="24"/>
          <w:szCs w:val="24"/>
        </w:rPr>
        <w:t>neomluvená</w:t>
      </w:r>
      <w:proofErr w:type="spellEnd"/>
      <w:r w:rsidR="0062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neúčast</w:t>
      </w:r>
      <w:proofErr w:type="spellEnd"/>
      <w:r w:rsidR="009E0B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může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vést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k </w:t>
      </w:r>
      <w:proofErr w:type="spellStart"/>
      <w:r w:rsidRPr="006A3ACC">
        <w:rPr>
          <w:rFonts w:ascii="Arial" w:hAnsi="Arial" w:cs="Arial"/>
          <w:sz w:val="24"/>
          <w:szCs w:val="24"/>
        </w:rPr>
        <w:t>vyřazení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r w:rsidR="00EE592D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EE592D">
        <w:rPr>
          <w:rFonts w:ascii="Arial" w:hAnsi="Arial" w:cs="Arial"/>
          <w:sz w:val="24"/>
          <w:szCs w:val="24"/>
        </w:rPr>
        <w:t>oddílu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r w:rsidRPr="006A3ACC">
        <w:rPr>
          <w:rFonts w:ascii="Arial" w:hAnsi="Arial" w:cs="Arial"/>
          <w:sz w:val="24"/>
          <w:szCs w:val="24"/>
        </w:rPr>
        <w:t>bez ná</w:t>
      </w:r>
      <w:proofErr w:type="spellStart"/>
      <w:r w:rsidRPr="006A3ACC">
        <w:rPr>
          <w:rFonts w:ascii="Arial" w:hAnsi="Arial" w:cs="Arial"/>
          <w:sz w:val="24"/>
          <w:szCs w:val="24"/>
        </w:rPr>
        <w:t>roku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na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vrácení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poplatků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</w:r>
    </w:p>
    <w:p w:rsidR="00620097" w:rsidRDefault="00620097">
      <w:pPr>
        <w:rPr>
          <w:rFonts w:ascii="Arial" w:hAnsi="Arial" w:cs="Arial"/>
          <w:sz w:val="24"/>
          <w:szCs w:val="24"/>
        </w:rPr>
      </w:pPr>
    </w:p>
    <w:p w:rsidR="00620097" w:rsidRDefault="00620097">
      <w:pPr>
        <w:rPr>
          <w:rFonts w:ascii="Arial" w:hAnsi="Arial" w:cs="Arial"/>
          <w:sz w:val="24"/>
          <w:szCs w:val="24"/>
        </w:rPr>
      </w:pPr>
    </w:p>
    <w:p w:rsidR="00620097" w:rsidRDefault="00620097">
      <w:pPr>
        <w:rPr>
          <w:rFonts w:ascii="Arial" w:hAnsi="Arial" w:cs="Arial"/>
          <w:sz w:val="24"/>
          <w:szCs w:val="24"/>
        </w:rPr>
      </w:pPr>
    </w:p>
    <w:p w:rsidR="00620097" w:rsidRDefault="00620097">
      <w:pPr>
        <w:rPr>
          <w:rFonts w:ascii="Arial" w:hAnsi="Arial" w:cs="Arial"/>
          <w:sz w:val="24"/>
          <w:szCs w:val="24"/>
        </w:rPr>
      </w:pPr>
    </w:p>
    <w:p w:rsidR="00620097" w:rsidRDefault="00620097">
      <w:pPr>
        <w:rPr>
          <w:rFonts w:ascii="Arial" w:hAnsi="Arial" w:cs="Arial"/>
          <w:sz w:val="24"/>
          <w:szCs w:val="24"/>
        </w:rPr>
      </w:pPr>
    </w:p>
    <w:p w:rsidR="00EE592D" w:rsidRPr="006A3ACC" w:rsidRDefault="00EE592D">
      <w:pPr>
        <w:rPr>
          <w:rFonts w:ascii="Arial" w:hAnsi="Arial" w:cs="Arial"/>
          <w:sz w:val="24"/>
          <w:szCs w:val="24"/>
        </w:rPr>
      </w:pP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9. KOSTÝMY</w:t>
      </w:r>
    </w:p>
    <w:p w:rsidR="000F3328" w:rsidRPr="00620097" w:rsidRDefault="00000000" w:rsidP="00620097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Kostým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je</w:t>
      </w:r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soutěžní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oděv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E592D">
        <w:rPr>
          <w:rFonts w:ascii="Arial" w:hAnsi="Arial" w:cs="Arial"/>
          <w:sz w:val="24"/>
          <w:szCs w:val="24"/>
        </w:rPr>
        <w:t>který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je</w:t>
      </w:r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součástí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uměleckého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konceptu</w:t>
      </w:r>
      <w:proofErr w:type="spellEnd"/>
      <w:r w:rsidR="0052144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21445">
        <w:rPr>
          <w:rFonts w:ascii="Arial" w:hAnsi="Arial" w:cs="Arial"/>
          <w:sz w:val="24"/>
          <w:szCs w:val="24"/>
        </w:rPr>
        <w:t>a</w:t>
      </w:r>
      <w:proofErr w:type="gramEnd"/>
      <w:r w:rsidR="00521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1445">
        <w:rPr>
          <w:rFonts w:ascii="Arial" w:hAnsi="Arial" w:cs="Arial"/>
          <w:sz w:val="24"/>
          <w:szCs w:val="24"/>
        </w:rPr>
        <w:t>organizační</w:t>
      </w:r>
      <w:proofErr w:type="spellEnd"/>
      <w:r w:rsidR="00521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1445">
        <w:rPr>
          <w:rFonts w:ascii="Arial" w:hAnsi="Arial" w:cs="Arial"/>
          <w:sz w:val="24"/>
          <w:szCs w:val="24"/>
        </w:rPr>
        <w:t>služby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92D">
        <w:rPr>
          <w:rFonts w:ascii="Arial" w:hAnsi="Arial" w:cs="Arial"/>
          <w:sz w:val="24"/>
          <w:szCs w:val="24"/>
        </w:rPr>
        <w:t>Zumidance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  <w:t>Pokud je majetkem skupiny, musí být vrácen nepoškozený.</w:t>
      </w:r>
      <w:r w:rsidRPr="006A3ACC">
        <w:rPr>
          <w:rFonts w:ascii="Arial" w:hAnsi="Arial" w:cs="Arial"/>
          <w:sz w:val="24"/>
          <w:szCs w:val="24"/>
        </w:rPr>
        <w:br/>
        <w:t>Při poškození či nevrácení hradí zákonný zástupce plnou cenu.</w:t>
      </w:r>
      <w:r w:rsidRPr="006A3ACC">
        <w:rPr>
          <w:rFonts w:ascii="Arial" w:hAnsi="Arial" w:cs="Arial"/>
          <w:sz w:val="24"/>
          <w:szCs w:val="24"/>
        </w:rPr>
        <w:br/>
        <w:t>Náklady na kostým se při ukončení členství nevrací.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10. UKONČENÍ ČLENSTVÍ</w:t>
      </w:r>
    </w:p>
    <w:p w:rsidR="00333A18" w:rsidRPr="00333A18" w:rsidRDefault="00000000" w:rsidP="00333A18">
      <w:pPr>
        <w:pStyle w:val="Bezmezer"/>
        <w:spacing w:line="276" w:lineRule="auto"/>
        <w:rPr>
          <w:rFonts w:ascii="Arial" w:hAnsi="Arial" w:cs="Arial"/>
          <w:sz w:val="24"/>
          <w:szCs w:val="24"/>
        </w:rPr>
      </w:pPr>
      <w:r w:rsidRPr="006A3ACC">
        <w:br/>
      </w:r>
      <w:proofErr w:type="spellStart"/>
      <w:r w:rsidRPr="00333A18">
        <w:rPr>
          <w:rFonts w:ascii="Arial" w:hAnsi="Arial" w:cs="Arial"/>
          <w:sz w:val="24"/>
          <w:szCs w:val="24"/>
        </w:rPr>
        <w:t>Možné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při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porušení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podmínek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3A18">
        <w:rPr>
          <w:rFonts w:ascii="Arial" w:hAnsi="Arial" w:cs="Arial"/>
          <w:sz w:val="24"/>
          <w:szCs w:val="24"/>
        </w:rPr>
        <w:t>neplacení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3A18">
        <w:rPr>
          <w:rFonts w:ascii="Arial" w:hAnsi="Arial" w:cs="Arial"/>
          <w:sz w:val="24"/>
          <w:szCs w:val="24"/>
        </w:rPr>
        <w:t>dlouhodobé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absenci</w:t>
      </w:r>
      <w:proofErr w:type="spellEnd"/>
      <w:r w:rsidRPr="00333A18">
        <w:rPr>
          <w:rFonts w:ascii="Arial" w:hAnsi="Arial" w:cs="Arial"/>
          <w:sz w:val="24"/>
          <w:szCs w:val="24"/>
        </w:rPr>
        <w:br/>
      </w:r>
      <w:proofErr w:type="spellStart"/>
      <w:r w:rsidRPr="00333A18">
        <w:rPr>
          <w:rFonts w:ascii="Arial" w:hAnsi="Arial" w:cs="Arial"/>
          <w:sz w:val="24"/>
          <w:szCs w:val="24"/>
        </w:rPr>
        <w:t>nebo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nevhodném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jednání</w:t>
      </w:r>
      <w:proofErr w:type="spellEnd"/>
      <w:r w:rsidR="000F3328"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333A18">
        <w:rPr>
          <w:rFonts w:ascii="Arial" w:hAnsi="Arial" w:cs="Arial"/>
          <w:sz w:val="24"/>
          <w:szCs w:val="24"/>
        </w:rPr>
        <w:t>dítěte</w:t>
      </w:r>
      <w:proofErr w:type="spellEnd"/>
      <w:r w:rsidR="000F3328"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328" w:rsidRPr="00333A18">
        <w:rPr>
          <w:rFonts w:ascii="Arial" w:hAnsi="Arial" w:cs="Arial"/>
          <w:sz w:val="24"/>
          <w:szCs w:val="24"/>
        </w:rPr>
        <w:t>či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zákonného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zástupce</w:t>
      </w:r>
      <w:proofErr w:type="spellEnd"/>
      <w:r w:rsidRPr="00333A18">
        <w:rPr>
          <w:rFonts w:ascii="Arial" w:hAnsi="Arial" w:cs="Arial"/>
          <w:sz w:val="24"/>
          <w:szCs w:val="24"/>
        </w:rPr>
        <w:t>.</w:t>
      </w:r>
      <w:r w:rsidR="00521445" w:rsidRPr="00333A18">
        <w:rPr>
          <w:rFonts w:ascii="Arial" w:hAnsi="Arial" w:cs="Arial"/>
          <w:sz w:val="24"/>
          <w:szCs w:val="24"/>
        </w:rPr>
        <w:t xml:space="preserve"> </w:t>
      </w:r>
    </w:p>
    <w:p w:rsidR="009E0B58" w:rsidRPr="00333A18" w:rsidRDefault="00521445" w:rsidP="00333A18">
      <w:pPr>
        <w:pStyle w:val="Bezmezer"/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333A18">
        <w:rPr>
          <w:rFonts w:ascii="Arial" w:hAnsi="Arial" w:cs="Arial"/>
          <w:sz w:val="24"/>
          <w:szCs w:val="24"/>
        </w:rPr>
        <w:t>Při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narušení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důvěry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či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veřejné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pomluvy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aj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33A18">
        <w:rPr>
          <w:rFonts w:ascii="Arial" w:hAnsi="Arial" w:cs="Arial"/>
          <w:sz w:val="24"/>
          <w:szCs w:val="24"/>
        </w:rPr>
        <w:t>situace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33A18">
        <w:rPr>
          <w:rFonts w:ascii="Arial" w:hAnsi="Arial" w:cs="Arial"/>
          <w:sz w:val="24"/>
          <w:szCs w:val="24"/>
        </w:rPr>
        <w:t>které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vedoucí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vyhodnotí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jako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ohrožující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pro </w:t>
      </w:r>
      <w:proofErr w:type="spellStart"/>
      <w:r w:rsidR="00333A18">
        <w:rPr>
          <w:rFonts w:ascii="Arial" w:hAnsi="Arial" w:cs="Arial"/>
          <w:sz w:val="24"/>
          <w:szCs w:val="24"/>
        </w:rPr>
        <w:t>zdravý</w:t>
      </w:r>
      <w:proofErr w:type="spellEnd"/>
      <w:r w:rsidR="00EE592D">
        <w:rPr>
          <w:rFonts w:ascii="Arial" w:hAnsi="Arial" w:cs="Arial"/>
          <w:sz w:val="24"/>
          <w:szCs w:val="24"/>
        </w:rPr>
        <w:t xml:space="preserve"> a</w:t>
      </w:r>
      <w:r w:rsidR="00333A18">
        <w:rPr>
          <w:rFonts w:ascii="Arial" w:hAnsi="Arial" w:cs="Arial"/>
          <w:sz w:val="24"/>
          <w:szCs w:val="24"/>
        </w:rPr>
        <w:t xml:space="preserve"> f</w:t>
      </w:r>
      <w:proofErr w:type="spellStart"/>
      <w:r w:rsidR="00333A18">
        <w:rPr>
          <w:rFonts w:ascii="Arial" w:hAnsi="Arial" w:cs="Arial"/>
          <w:sz w:val="24"/>
          <w:szCs w:val="24"/>
        </w:rPr>
        <w:t>ungující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kolektiv</w:t>
      </w:r>
      <w:proofErr w:type="spellEnd"/>
      <w:r w:rsid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3A18">
        <w:rPr>
          <w:rFonts w:ascii="Arial" w:hAnsi="Arial" w:cs="Arial"/>
          <w:sz w:val="24"/>
          <w:szCs w:val="24"/>
        </w:rPr>
        <w:t>dětí</w:t>
      </w:r>
      <w:proofErr w:type="spellEnd"/>
      <w:r w:rsidR="00333A18">
        <w:rPr>
          <w:rFonts w:ascii="Arial" w:hAnsi="Arial" w:cs="Arial"/>
          <w:sz w:val="24"/>
          <w:szCs w:val="24"/>
        </w:rPr>
        <w:t>.</w:t>
      </w:r>
    </w:p>
    <w:p w:rsidR="0087683A" w:rsidRPr="00333A18" w:rsidRDefault="000F3328" w:rsidP="00333A18">
      <w:pPr>
        <w:pStyle w:val="Bezmezer"/>
        <w:spacing w:line="276" w:lineRule="auto"/>
        <w:rPr>
          <w:rFonts w:ascii="Arial" w:hAnsi="Arial" w:cs="Arial"/>
          <w:sz w:val="24"/>
          <w:szCs w:val="24"/>
        </w:rPr>
      </w:pPr>
      <w:r w:rsidRPr="00333A18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333A18">
        <w:rPr>
          <w:rFonts w:ascii="Arial" w:hAnsi="Arial" w:cs="Arial"/>
          <w:sz w:val="24"/>
          <w:szCs w:val="24"/>
        </w:rPr>
        <w:t>žádost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zákonného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zástupce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ze </w:t>
      </w:r>
      <w:proofErr w:type="spellStart"/>
      <w:r w:rsidRPr="00333A18">
        <w:rPr>
          <w:rFonts w:ascii="Arial" w:hAnsi="Arial" w:cs="Arial"/>
          <w:sz w:val="24"/>
          <w:szCs w:val="24"/>
        </w:rPr>
        <w:t>zdravotních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či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jiných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důvodů</w:t>
      </w:r>
      <w:proofErr w:type="spellEnd"/>
      <w:r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3A18">
        <w:rPr>
          <w:rFonts w:ascii="Arial" w:hAnsi="Arial" w:cs="Arial"/>
          <w:sz w:val="24"/>
          <w:szCs w:val="24"/>
        </w:rPr>
        <w:t>člena</w:t>
      </w:r>
      <w:proofErr w:type="spellEnd"/>
      <w:r w:rsidR="00620097" w:rsidRPr="00333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0097" w:rsidRPr="00333A18">
        <w:rPr>
          <w:rFonts w:ascii="Arial" w:hAnsi="Arial" w:cs="Arial"/>
          <w:sz w:val="24"/>
          <w:szCs w:val="24"/>
        </w:rPr>
        <w:t>ideálně</w:t>
      </w:r>
      <w:proofErr w:type="spellEnd"/>
      <w:r w:rsidR="00620097" w:rsidRPr="00333A18">
        <w:rPr>
          <w:rFonts w:ascii="Arial" w:hAnsi="Arial" w:cs="Arial"/>
          <w:sz w:val="24"/>
          <w:szCs w:val="24"/>
        </w:rPr>
        <w:t xml:space="preserve"> k </w:t>
      </w:r>
      <w:proofErr w:type="spellStart"/>
      <w:r w:rsidR="00620097" w:rsidRPr="00333A18">
        <w:rPr>
          <w:rFonts w:ascii="Arial" w:hAnsi="Arial" w:cs="Arial"/>
          <w:sz w:val="24"/>
          <w:szCs w:val="24"/>
        </w:rPr>
        <w:t>pololetí</w:t>
      </w:r>
      <w:proofErr w:type="spellEnd"/>
      <w:r w:rsidR="00620097" w:rsidRPr="00333A18">
        <w:rPr>
          <w:rFonts w:ascii="Arial" w:hAnsi="Arial" w:cs="Arial"/>
          <w:sz w:val="24"/>
          <w:szCs w:val="24"/>
        </w:rPr>
        <w:t>.</w:t>
      </w:r>
      <w:r w:rsidRPr="00333A18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11. STORNO PODMÍNKY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Kurzovné se nevrací při překážkách na straně zákonného zástupce.</w:t>
      </w:r>
      <w:r w:rsidRPr="006A3ACC">
        <w:rPr>
          <w:rFonts w:ascii="Arial" w:hAnsi="Arial" w:cs="Arial"/>
          <w:sz w:val="24"/>
          <w:szCs w:val="24"/>
        </w:rPr>
        <w:br/>
        <w:t>Při dlouhodobém onemocnění možné vrácení poměrné části.</w:t>
      </w:r>
      <w:r w:rsidRPr="006A3ACC">
        <w:rPr>
          <w:rFonts w:ascii="Arial" w:hAnsi="Arial" w:cs="Arial"/>
          <w:sz w:val="24"/>
          <w:szCs w:val="24"/>
        </w:rPr>
        <w:br/>
        <w:t>Storno poplatek činí 50 %.</w:t>
      </w:r>
      <w:r w:rsidRPr="006A3ACC">
        <w:rPr>
          <w:rFonts w:ascii="Arial" w:hAnsi="Arial" w:cs="Arial"/>
          <w:sz w:val="24"/>
          <w:szCs w:val="24"/>
        </w:rPr>
        <w:br/>
      </w:r>
    </w:p>
    <w:p w:rsidR="0087683A" w:rsidRPr="006A3ACC" w:rsidRDefault="00000000">
      <w:pPr>
        <w:pStyle w:val="Nadpis2"/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color w:val="7D45A4"/>
          <w:sz w:val="24"/>
          <w:szCs w:val="24"/>
        </w:rPr>
        <w:t>12. OCHRANA OSOBNÍCH ÚDAJŮ</w:t>
      </w:r>
    </w:p>
    <w:p w:rsidR="0087683A" w:rsidRPr="006A3ACC" w:rsidRDefault="00000000">
      <w:pPr>
        <w:rPr>
          <w:rFonts w:ascii="Arial" w:hAnsi="Arial" w:cs="Arial"/>
          <w:sz w:val="24"/>
          <w:szCs w:val="24"/>
        </w:rPr>
      </w:pPr>
      <w:r w:rsidRPr="006A3ACC">
        <w:rPr>
          <w:rFonts w:ascii="Arial" w:hAnsi="Arial" w:cs="Arial"/>
          <w:sz w:val="24"/>
          <w:szCs w:val="24"/>
        </w:rPr>
        <w:br/>
        <w:t>Údaje jsou zpracovávány v souladu s GDPR.</w:t>
      </w:r>
      <w:r w:rsidRPr="006A3ACC">
        <w:rPr>
          <w:rFonts w:ascii="Arial" w:hAnsi="Arial" w:cs="Arial"/>
          <w:sz w:val="24"/>
          <w:szCs w:val="24"/>
        </w:rPr>
        <w:br/>
      </w:r>
      <w:proofErr w:type="spellStart"/>
      <w:r w:rsidRPr="006A3ACC">
        <w:rPr>
          <w:rFonts w:ascii="Arial" w:hAnsi="Arial" w:cs="Arial"/>
          <w:sz w:val="24"/>
          <w:szCs w:val="24"/>
        </w:rPr>
        <w:t>Souhlas</w:t>
      </w:r>
      <w:proofErr w:type="spellEnd"/>
      <w:r w:rsidR="0062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0097">
        <w:rPr>
          <w:rFonts w:ascii="Arial" w:hAnsi="Arial" w:cs="Arial"/>
          <w:sz w:val="24"/>
          <w:szCs w:val="24"/>
        </w:rPr>
        <w:t>zákoných</w:t>
      </w:r>
      <w:proofErr w:type="spellEnd"/>
      <w:r w:rsidR="0062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0097">
        <w:rPr>
          <w:rFonts w:ascii="Arial" w:hAnsi="Arial" w:cs="Arial"/>
          <w:sz w:val="24"/>
          <w:szCs w:val="24"/>
        </w:rPr>
        <w:t>zástupců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6A3ACC">
        <w:rPr>
          <w:rFonts w:ascii="Arial" w:hAnsi="Arial" w:cs="Arial"/>
          <w:sz w:val="24"/>
          <w:szCs w:val="24"/>
        </w:rPr>
        <w:t>pořizováním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fotografií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A3ACC">
        <w:rPr>
          <w:rFonts w:ascii="Arial" w:hAnsi="Arial" w:cs="Arial"/>
          <w:sz w:val="24"/>
          <w:szCs w:val="24"/>
        </w:rPr>
        <w:t>videí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p</w:t>
      </w:r>
      <w:r w:rsidR="00620097">
        <w:rPr>
          <w:rFonts w:ascii="Arial" w:hAnsi="Arial" w:cs="Arial"/>
          <w:sz w:val="24"/>
          <w:szCs w:val="24"/>
        </w:rPr>
        <w:t>ouze</w:t>
      </w:r>
      <w:proofErr w:type="spellEnd"/>
      <w:r w:rsidR="00620097">
        <w:rPr>
          <w:rFonts w:ascii="Arial" w:hAnsi="Arial" w:cs="Arial"/>
          <w:sz w:val="24"/>
          <w:szCs w:val="24"/>
        </w:rPr>
        <w:t xml:space="preserve"> pro </w:t>
      </w:r>
      <w:proofErr w:type="spellStart"/>
      <w:r w:rsidR="00620097">
        <w:rPr>
          <w:rFonts w:ascii="Arial" w:hAnsi="Arial" w:cs="Arial"/>
          <w:sz w:val="24"/>
          <w:szCs w:val="24"/>
        </w:rPr>
        <w:t>účel</w:t>
      </w:r>
      <w:proofErr w:type="spellEnd"/>
      <w:r w:rsidR="0062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prezentac</w:t>
      </w:r>
      <w:r w:rsidR="00620097">
        <w:rPr>
          <w:rFonts w:ascii="Arial" w:hAnsi="Arial" w:cs="Arial"/>
          <w:sz w:val="24"/>
          <w:szCs w:val="24"/>
        </w:rPr>
        <w:t>e</w:t>
      </w:r>
      <w:proofErr w:type="spellEnd"/>
      <w:r w:rsidRPr="006A3A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ACC">
        <w:rPr>
          <w:rFonts w:ascii="Arial" w:hAnsi="Arial" w:cs="Arial"/>
          <w:sz w:val="24"/>
          <w:szCs w:val="24"/>
        </w:rPr>
        <w:t>skupiny</w:t>
      </w:r>
      <w:proofErr w:type="spellEnd"/>
      <w:r w:rsidRPr="006A3ACC">
        <w:rPr>
          <w:rFonts w:ascii="Arial" w:hAnsi="Arial" w:cs="Arial"/>
          <w:sz w:val="24"/>
          <w:szCs w:val="24"/>
        </w:rPr>
        <w:t>.</w:t>
      </w:r>
      <w:r w:rsidRPr="006A3ACC">
        <w:rPr>
          <w:rFonts w:ascii="Arial" w:hAnsi="Arial" w:cs="Arial"/>
          <w:sz w:val="24"/>
          <w:szCs w:val="24"/>
        </w:rPr>
        <w:br/>
      </w:r>
    </w:p>
    <w:sectPr w:rsidR="0087683A" w:rsidRPr="006A3ACC" w:rsidSect="00EB0851">
      <w:headerReference w:type="default" r:id="rId8"/>
      <w:footerReference w:type="default" r:id="rId9"/>
      <w:pgSz w:w="12240" w:h="15840"/>
      <w:pgMar w:top="1440" w:right="1800" w:bottom="113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7C81" w:rsidRDefault="00C67C81">
      <w:pPr>
        <w:spacing w:after="0" w:line="240" w:lineRule="auto"/>
      </w:pPr>
      <w:r>
        <w:separator/>
      </w:r>
    </w:p>
  </w:endnote>
  <w:endnote w:type="continuationSeparator" w:id="0">
    <w:p w:rsidR="00C67C81" w:rsidRDefault="00C6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683A" w:rsidRDefault="00000000">
    <w:pPr>
      <w:pStyle w:val="Zpat"/>
      <w:jc w:val="center"/>
    </w:pPr>
    <w:r>
      <w:t xml:space="preserve">ZUMIDANCE | www.zumidance.cz | IČO: 76617904 | Strana </w:t>
    </w:r>
    <w:r>
      <w:fldChar w:fldCharType="begin"/>
    </w:r>
    <w:r>
      <w:instrText>PAGE</w:instrText>
    </w:r>
    <w:r>
      <w:fldChar w:fldCharType="separate"/>
    </w:r>
    <w:r w:rsidR="00321DA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7C81" w:rsidRDefault="00C67C81">
      <w:pPr>
        <w:spacing w:after="0" w:line="240" w:lineRule="auto"/>
      </w:pPr>
      <w:r>
        <w:separator/>
      </w:r>
    </w:p>
  </w:footnote>
  <w:footnote w:type="continuationSeparator" w:id="0">
    <w:p w:rsidR="00C67C81" w:rsidRDefault="00C6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683A" w:rsidRDefault="00000000">
    <w:pPr>
      <w:pStyle w:val="Zhlav"/>
      <w:jc w:val="center"/>
    </w:pPr>
    <w:r>
      <w:rPr>
        <w:noProof/>
      </w:rPr>
      <w:drawing>
        <wp:inline distT="0" distB="0" distL="0" distR="0">
          <wp:extent cx="2286000" cy="13632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1363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4563816">
    <w:abstractNumId w:val="8"/>
  </w:num>
  <w:num w:numId="2" w16cid:durableId="448477208">
    <w:abstractNumId w:val="6"/>
  </w:num>
  <w:num w:numId="3" w16cid:durableId="1145513107">
    <w:abstractNumId w:val="5"/>
  </w:num>
  <w:num w:numId="4" w16cid:durableId="1271279324">
    <w:abstractNumId w:val="4"/>
  </w:num>
  <w:num w:numId="5" w16cid:durableId="134832645">
    <w:abstractNumId w:val="7"/>
  </w:num>
  <w:num w:numId="6" w16cid:durableId="1184247020">
    <w:abstractNumId w:val="3"/>
  </w:num>
  <w:num w:numId="7" w16cid:durableId="277373667">
    <w:abstractNumId w:val="2"/>
  </w:num>
  <w:num w:numId="8" w16cid:durableId="1139612869">
    <w:abstractNumId w:val="1"/>
  </w:num>
  <w:num w:numId="9" w16cid:durableId="7663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328"/>
    <w:rsid w:val="0015074B"/>
    <w:rsid w:val="0029639D"/>
    <w:rsid w:val="00321DAD"/>
    <w:rsid w:val="00326F90"/>
    <w:rsid w:val="00333A18"/>
    <w:rsid w:val="004C21AD"/>
    <w:rsid w:val="00521445"/>
    <w:rsid w:val="00595775"/>
    <w:rsid w:val="00620097"/>
    <w:rsid w:val="006A3ACC"/>
    <w:rsid w:val="0087683A"/>
    <w:rsid w:val="009E0B58"/>
    <w:rsid w:val="00AA1D8D"/>
    <w:rsid w:val="00B47730"/>
    <w:rsid w:val="00C31562"/>
    <w:rsid w:val="00C67C81"/>
    <w:rsid w:val="00CB0664"/>
    <w:rsid w:val="00E24F35"/>
    <w:rsid w:val="00EB0851"/>
    <w:rsid w:val="00EE592D"/>
    <w:rsid w:val="00F666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BE42A"/>
  <w14:defaultImageDpi w14:val="300"/>
  <w15:docId w15:val="{2F32D4FA-6E82-A844-BA81-7768F7D0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62009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0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544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Alokin</cp:lastModifiedBy>
  <cp:revision>8</cp:revision>
  <dcterms:created xsi:type="dcterms:W3CDTF">2013-12-23T23:15:00Z</dcterms:created>
  <dcterms:modified xsi:type="dcterms:W3CDTF">2026-08-21T13:16:00Z</dcterms:modified>
  <cp:category/>
</cp:coreProperties>
</file>